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034C" w14:textId="77777777" w:rsidR="00CD1C71" w:rsidRDefault="007B192B">
      <w:pPr>
        <w:spacing w:before="900"/>
        <w:jc w:val="center"/>
      </w:pPr>
      <w:r>
        <w:rPr>
          <w:noProof/>
        </w:rPr>
        <w:drawing>
          <wp:inline distT="0" distB="0" distL="0" distR="0" wp14:anchorId="1B49C953" wp14:editId="78BD2F25">
            <wp:extent cx="1965960" cy="1965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ss_logo.png"/>
                    <pic:cNvPicPr/>
                  </pic:nvPicPr>
                  <pic:blipFill>
                    <a:blip r:embed="rId8"/>
                    <a:stretch>
                      <a:fillRect/>
                    </a:stretch>
                  </pic:blipFill>
                  <pic:spPr>
                    <a:xfrm>
                      <a:off x="0" y="0"/>
                      <a:ext cx="1965960" cy="1965960"/>
                    </a:xfrm>
                    <a:prstGeom prst="rect">
                      <a:avLst/>
                    </a:prstGeom>
                  </pic:spPr>
                </pic:pic>
              </a:graphicData>
            </a:graphic>
          </wp:inline>
        </w:drawing>
      </w:r>
    </w:p>
    <w:p w14:paraId="2F4C373A" w14:textId="77777777" w:rsidR="00CD1C71" w:rsidRDefault="007B192B">
      <w:pPr>
        <w:pStyle w:val="Title"/>
        <w:spacing w:before="280" w:after="80"/>
        <w:jc w:val="center"/>
      </w:pPr>
      <w:r>
        <w:rPr>
          <w:rFonts w:ascii="Aptos" w:hAnsi="Aptos"/>
          <w:b/>
          <w:color w:val="000000"/>
          <w:sz w:val="60"/>
        </w:rPr>
        <w:t>Carrier Setup Packet</w:t>
      </w:r>
    </w:p>
    <w:p w14:paraId="19EF83E4" w14:textId="77777777" w:rsidR="00CD1C71" w:rsidRDefault="007B192B">
      <w:pPr>
        <w:jc w:val="center"/>
      </w:pPr>
      <w:r>
        <w:rPr>
          <w:color w:val="5B6573"/>
          <w:sz w:val="24"/>
        </w:rPr>
        <w:t>For motor carriers seeking to partner with Gloss Logistics LLC</w:t>
      </w:r>
    </w:p>
    <w:p w14:paraId="14A370D0" w14:textId="77777777" w:rsidR="00CD1C71" w:rsidRDefault="007B192B">
      <w:pPr>
        <w:spacing w:before="280"/>
        <w:jc w:val="center"/>
      </w:pPr>
      <w:r>
        <w:rPr>
          <w:b/>
          <w:color w:val="0D1B44"/>
          <w:sz w:val="22"/>
        </w:rPr>
        <w:t>Faith  |  Family  |  Freedom  |  Freight</w:t>
      </w:r>
    </w:p>
    <w:p w14:paraId="5D2B8AC4" w14:textId="77777777" w:rsidR="00CD1C71" w:rsidRDefault="007B192B">
      <w:pPr>
        <w:jc w:val="center"/>
      </w:pPr>
      <w:r>
        <w:rPr>
          <w:b/>
          <w:color w:val="C8102E"/>
          <w:sz w:val="22"/>
        </w:rPr>
        <w:t>If you don't use Gloss, it's your loss!</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5083"/>
        <w:gridCol w:w="5083"/>
      </w:tblGrid>
      <w:tr w:rsidR="00CD1C71" w14:paraId="5106FB3D" w14:textId="77777777">
        <w:trPr>
          <w:jc w:val="center"/>
        </w:trPr>
        <w:tc>
          <w:tcPr>
            <w:tcW w:w="5083" w:type="dxa"/>
            <w:shd w:val="clear" w:color="auto" w:fill="0D1B44"/>
            <w:tcMar>
              <w:top w:w="160" w:type="dxa"/>
              <w:left w:w="120" w:type="dxa"/>
              <w:bottom w:w="160" w:type="dxa"/>
              <w:right w:w="120" w:type="dxa"/>
            </w:tcMar>
            <w:vAlign w:val="center"/>
          </w:tcPr>
          <w:p w14:paraId="6A776BAD" w14:textId="77777777" w:rsidR="00CD1C71" w:rsidRDefault="007B192B">
            <w:r>
              <w:rPr>
                <w:b/>
                <w:color w:val="FFFFFF"/>
                <w:sz w:val="18"/>
              </w:rPr>
              <w:t>RETURN COMPLETED PACKET</w:t>
            </w:r>
            <w:r>
              <w:rPr>
                <w:b/>
                <w:color w:val="FFFFFF"/>
              </w:rPr>
              <w:br/>
              <w:t>contact@gloss-logistics.com</w:t>
            </w:r>
          </w:p>
        </w:tc>
        <w:tc>
          <w:tcPr>
            <w:tcW w:w="5083" w:type="dxa"/>
            <w:shd w:val="clear" w:color="auto" w:fill="EEF2F8"/>
            <w:tcMar>
              <w:top w:w="160" w:type="dxa"/>
              <w:left w:w="120" w:type="dxa"/>
              <w:bottom w:w="160" w:type="dxa"/>
              <w:right w:w="120" w:type="dxa"/>
            </w:tcMar>
            <w:vAlign w:val="center"/>
          </w:tcPr>
          <w:p w14:paraId="026AA9F6" w14:textId="77777777" w:rsidR="00CD1C71" w:rsidRDefault="007B192B">
            <w:r>
              <w:rPr>
                <w:b/>
                <w:color w:val="0D1B44"/>
                <w:sz w:val="18"/>
              </w:rPr>
              <w:t>QUESTIONS</w:t>
            </w:r>
            <w:r>
              <w:rPr>
                <w:b/>
                <w:color w:val="000000"/>
              </w:rPr>
              <w:br/>
              <w:t>469-207-8479</w:t>
            </w:r>
          </w:p>
        </w:tc>
      </w:tr>
    </w:tbl>
    <w:p w14:paraId="13E127D6" w14:textId="77777777" w:rsidR="00CD1C71" w:rsidRDefault="007B192B">
      <w:pPr>
        <w:spacing w:before="360"/>
        <w:jc w:val="center"/>
      </w:pPr>
      <w:r>
        <w:rPr>
          <w:color w:val="5B6573"/>
          <w:sz w:val="19"/>
        </w:rPr>
        <w:t>3218 Fannin Road, Suite 1115  |  Melissa, Texas 75454</w:t>
      </w:r>
    </w:p>
    <w:p w14:paraId="3FC1EA99" w14:textId="77777777" w:rsidR="00CD1C71" w:rsidRDefault="007B192B">
      <w:pPr>
        <w:pStyle w:val="Title"/>
        <w:pageBreakBefore/>
        <w:spacing w:after="80"/>
      </w:pPr>
      <w:r>
        <w:rPr>
          <w:rFonts w:ascii="Aptos" w:hAnsi="Aptos"/>
          <w:b/>
          <w:color w:val="000000"/>
          <w:sz w:val="48"/>
        </w:rPr>
        <w:lastRenderedPageBreak/>
        <w:t>Welcome to Gloss Logistics</w:t>
      </w:r>
    </w:p>
    <w:p w14:paraId="0D51CFB8" w14:textId="77777777" w:rsidR="00CD1C71" w:rsidRDefault="007B192B">
      <w:pPr>
        <w:spacing w:after="260"/>
      </w:pPr>
      <w:r>
        <w:rPr>
          <w:color w:val="5B6573"/>
          <w:sz w:val="21"/>
        </w:rPr>
        <w:t>Complete this packet so our team can verify your company and prepare you for dispatch.</w:t>
      </w:r>
    </w:p>
    <w:p w14:paraId="169A7B0C" w14:textId="77777777" w:rsidR="00CD1C71" w:rsidRDefault="007B192B">
      <w:pPr>
        <w:pStyle w:val="BodyText"/>
      </w:pPr>
      <w:r>
        <w:rPr>
          <w:color w:val="000000"/>
        </w:rPr>
        <w:t>Thank you for your interest in partnering with Gloss Logistics LLC. We value safe operations, clear communication, accurate paperwork, and dependable service. Carrier approval is subject to verification of authority, insurance, safety status, and executed agreements. Submission of this packet does not guarantee load assignment.</w:t>
      </w:r>
    </w:p>
    <w:p w14:paraId="3F6F2D7D" w14:textId="77777777" w:rsidR="00CD1C71" w:rsidRDefault="007B192B">
      <w:pPr>
        <w:pStyle w:val="Heading1"/>
        <w:spacing w:before="180" w:after="100"/>
      </w:pPr>
      <w:r>
        <w:rPr>
          <w:rFonts w:ascii="Aptos" w:hAnsi="Aptos"/>
          <w:color w:val="000000"/>
          <w:sz w:val="30"/>
        </w:rPr>
        <w:t>Required Documents</w:t>
      </w:r>
    </w:p>
    <w:p w14:paraId="2730DBBE" w14:textId="77777777" w:rsidR="00CD1C71" w:rsidRDefault="007B192B">
      <w:pPr>
        <w:pStyle w:val="BodyText"/>
        <w:spacing w:after="100"/>
        <w:ind w:left="173"/>
      </w:pPr>
      <w:r>
        <w:rPr>
          <w:color w:val="0D1B44"/>
          <w:sz w:val="22"/>
        </w:rPr>
        <w:t>☐</w:t>
      </w:r>
      <w:r>
        <w:rPr>
          <w:color w:val="0D1B44"/>
          <w:sz w:val="22"/>
        </w:rPr>
        <w:t xml:space="preserve">  </w:t>
      </w:r>
      <w:r>
        <w:rPr>
          <w:color w:val="000000"/>
        </w:rPr>
        <w:t>Completed Carrier Profile Form</w:t>
      </w:r>
    </w:p>
    <w:p w14:paraId="186ADEDE" w14:textId="77777777" w:rsidR="00CD1C71" w:rsidRDefault="007B192B">
      <w:pPr>
        <w:pStyle w:val="BodyText"/>
        <w:spacing w:after="100"/>
        <w:ind w:left="173"/>
      </w:pPr>
      <w:r>
        <w:rPr>
          <w:color w:val="0D1B44"/>
          <w:sz w:val="22"/>
        </w:rPr>
        <w:t>☐</w:t>
      </w:r>
      <w:r>
        <w:rPr>
          <w:color w:val="0D1B44"/>
          <w:sz w:val="22"/>
        </w:rPr>
        <w:t xml:space="preserve">  </w:t>
      </w:r>
      <w:r>
        <w:rPr>
          <w:color w:val="000000"/>
        </w:rPr>
        <w:t>Signed Form W-9 matching the legal company name</w:t>
      </w:r>
    </w:p>
    <w:p w14:paraId="56F4B221" w14:textId="77777777" w:rsidR="00CD1C71" w:rsidRDefault="007B192B">
      <w:pPr>
        <w:pStyle w:val="BodyText"/>
        <w:spacing w:after="100"/>
        <w:ind w:left="173"/>
      </w:pPr>
      <w:r>
        <w:rPr>
          <w:color w:val="0D1B44"/>
          <w:sz w:val="22"/>
        </w:rPr>
        <w:t>☐</w:t>
      </w:r>
      <w:r>
        <w:rPr>
          <w:color w:val="0D1B44"/>
          <w:sz w:val="22"/>
        </w:rPr>
        <w:t xml:space="preserve">  </w:t>
      </w:r>
      <w:r>
        <w:rPr>
          <w:color w:val="000000"/>
        </w:rPr>
        <w:t>Current Certificate of Insurance naming Gloss Logistics LLC as certificate holder</w:t>
      </w:r>
    </w:p>
    <w:p w14:paraId="046280C5" w14:textId="77777777" w:rsidR="00CD1C71" w:rsidRDefault="007B192B">
      <w:pPr>
        <w:pStyle w:val="BodyText"/>
        <w:spacing w:after="100"/>
        <w:ind w:left="173"/>
      </w:pPr>
      <w:r>
        <w:rPr>
          <w:color w:val="0D1B44"/>
          <w:sz w:val="22"/>
        </w:rPr>
        <w:t>☐</w:t>
      </w:r>
      <w:r>
        <w:rPr>
          <w:color w:val="0D1B44"/>
          <w:sz w:val="22"/>
        </w:rPr>
        <w:t xml:space="preserve">  </w:t>
      </w:r>
      <w:r>
        <w:rPr>
          <w:color w:val="000000"/>
        </w:rPr>
        <w:t>Signed Broker-Carrier Agreement</w:t>
      </w:r>
    </w:p>
    <w:p w14:paraId="51F2C4CE" w14:textId="77777777" w:rsidR="00CD1C71" w:rsidRDefault="007B192B">
      <w:pPr>
        <w:pStyle w:val="BodyText"/>
        <w:spacing w:after="100"/>
        <w:ind w:left="173"/>
      </w:pPr>
      <w:r>
        <w:rPr>
          <w:color w:val="0D1B44"/>
          <w:sz w:val="22"/>
        </w:rPr>
        <w:t>☐</w:t>
      </w:r>
      <w:r>
        <w:rPr>
          <w:color w:val="0D1B44"/>
          <w:sz w:val="22"/>
        </w:rPr>
        <w:t xml:space="preserve">  </w:t>
      </w:r>
      <w:r>
        <w:rPr>
          <w:color w:val="000000"/>
        </w:rPr>
        <w:t>Completed payment preference and remittance information</w:t>
      </w:r>
    </w:p>
    <w:p w14:paraId="6974F85D" w14:textId="77777777" w:rsidR="00CD1C71" w:rsidRDefault="007B192B">
      <w:pPr>
        <w:pStyle w:val="BodyText"/>
        <w:spacing w:after="100"/>
        <w:ind w:left="173"/>
      </w:pPr>
      <w:r>
        <w:rPr>
          <w:color w:val="0D1B44"/>
          <w:sz w:val="22"/>
        </w:rPr>
        <w:t>☐</w:t>
      </w:r>
      <w:r>
        <w:rPr>
          <w:color w:val="0D1B44"/>
          <w:sz w:val="22"/>
        </w:rPr>
        <w:t xml:space="preserve">  </w:t>
      </w:r>
      <w:r>
        <w:rPr>
          <w:color w:val="000000"/>
        </w:rPr>
        <w:t>Voided business check or bank verification letter if requesting ACH</w:t>
      </w:r>
    </w:p>
    <w:p w14:paraId="4768E658" w14:textId="77777777" w:rsidR="00CD1C71" w:rsidRDefault="007B192B">
      <w:pPr>
        <w:pStyle w:val="Heading1"/>
        <w:spacing w:before="180" w:after="100"/>
      </w:pPr>
      <w:r>
        <w:rPr>
          <w:rFonts w:ascii="Aptos" w:hAnsi="Aptos"/>
          <w:color w:val="000000"/>
          <w:sz w:val="30"/>
        </w:rPr>
        <w:t>Minimum Insurance Requirements</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6F74E29C" w14:textId="77777777">
        <w:trPr>
          <w:tblHeader/>
          <w:jc w:val="center"/>
        </w:trPr>
        <w:tc>
          <w:tcPr>
            <w:tcW w:w="10166" w:type="dxa"/>
            <w:gridSpan w:val="2"/>
            <w:shd w:val="clear" w:color="auto" w:fill="0D1B44"/>
          </w:tcPr>
          <w:p w14:paraId="1E59A0A7" w14:textId="77777777" w:rsidR="00CD1C71" w:rsidRDefault="007B192B">
            <w:r>
              <w:rPr>
                <w:b/>
                <w:color w:val="FFFFFF"/>
              </w:rPr>
              <w:t>Coverage</w:t>
            </w:r>
          </w:p>
        </w:tc>
      </w:tr>
      <w:tr w:rsidR="00CD1C71" w14:paraId="4B13AD2E" w14:textId="77777777">
        <w:trPr>
          <w:jc w:val="center"/>
        </w:trPr>
        <w:tc>
          <w:tcPr>
            <w:tcW w:w="3096" w:type="dxa"/>
            <w:shd w:val="clear" w:color="auto" w:fill="EEF2F8"/>
            <w:tcMar>
              <w:top w:w="110" w:type="dxa"/>
              <w:left w:w="120" w:type="dxa"/>
              <w:bottom w:w="110" w:type="dxa"/>
              <w:right w:w="120" w:type="dxa"/>
            </w:tcMar>
            <w:vAlign w:val="center"/>
          </w:tcPr>
          <w:p w14:paraId="7226607F" w14:textId="77777777" w:rsidR="00CD1C71" w:rsidRDefault="007B192B">
            <w:r>
              <w:rPr>
                <w:b/>
                <w:color w:val="0D1B44"/>
                <w:sz w:val="19"/>
              </w:rPr>
              <w:t>Auto Liability</w:t>
            </w:r>
          </w:p>
        </w:tc>
        <w:tc>
          <w:tcPr>
            <w:tcW w:w="6552" w:type="dxa"/>
            <w:tcMar>
              <w:top w:w="110" w:type="dxa"/>
              <w:left w:w="120" w:type="dxa"/>
              <w:bottom w:w="110" w:type="dxa"/>
              <w:right w:w="120" w:type="dxa"/>
            </w:tcMar>
            <w:vAlign w:val="center"/>
          </w:tcPr>
          <w:p w14:paraId="4550E2A5" w14:textId="77777777" w:rsidR="00CD1C71" w:rsidRDefault="007B192B">
            <w:r>
              <w:rPr>
                <w:color w:val="000000"/>
                <w:sz w:val="19"/>
              </w:rPr>
              <w:t>$1,000,000 minimum</w:t>
            </w:r>
          </w:p>
        </w:tc>
      </w:tr>
      <w:tr w:rsidR="00CD1C71" w14:paraId="2EC95EE3" w14:textId="77777777">
        <w:trPr>
          <w:jc w:val="center"/>
        </w:trPr>
        <w:tc>
          <w:tcPr>
            <w:tcW w:w="3096" w:type="dxa"/>
            <w:shd w:val="clear" w:color="auto" w:fill="EEF2F8"/>
            <w:tcMar>
              <w:top w:w="110" w:type="dxa"/>
              <w:left w:w="120" w:type="dxa"/>
              <w:bottom w:w="110" w:type="dxa"/>
              <w:right w:w="120" w:type="dxa"/>
            </w:tcMar>
            <w:vAlign w:val="center"/>
          </w:tcPr>
          <w:p w14:paraId="4CE7A45D" w14:textId="77777777" w:rsidR="00CD1C71" w:rsidRDefault="007B192B">
            <w:r>
              <w:rPr>
                <w:b/>
                <w:color w:val="0D1B44"/>
                <w:sz w:val="19"/>
              </w:rPr>
              <w:t>Cargo Liability</w:t>
            </w:r>
          </w:p>
        </w:tc>
        <w:tc>
          <w:tcPr>
            <w:tcW w:w="6552" w:type="dxa"/>
            <w:tcMar>
              <w:top w:w="110" w:type="dxa"/>
              <w:left w:w="120" w:type="dxa"/>
              <w:bottom w:w="110" w:type="dxa"/>
              <w:right w:w="120" w:type="dxa"/>
            </w:tcMar>
            <w:vAlign w:val="center"/>
          </w:tcPr>
          <w:p w14:paraId="6D9957C7" w14:textId="77777777" w:rsidR="00CD1C71" w:rsidRDefault="007B192B">
            <w:r>
              <w:rPr>
                <w:color w:val="000000"/>
                <w:sz w:val="19"/>
              </w:rPr>
              <w:t>$100,000 minimum</w:t>
            </w:r>
          </w:p>
        </w:tc>
      </w:tr>
      <w:tr w:rsidR="00CD1C71" w14:paraId="4E337FB1" w14:textId="77777777">
        <w:trPr>
          <w:jc w:val="center"/>
        </w:trPr>
        <w:tc>
          <w:tcPr>
            <w:tcW w:w="3096" w:type="dxa"/>
            <w:shd w:val="clear" w:color="auto" w:fill="EEF2F8"/>
            <w:tcMar>
              <w:top w:w="110" w:type="dxa"/>
              <w:left w:w="120" w:type="dxa"/>
              <w:bottom w:w="110" w:type="dxa"/>
              <w:right w:w="120" w:type="dxa"/>
            </w:tcMar>
            <w:vAlign w:val="center"/>
          </w:tcPr>
          <w:p w14:paraId="7E49EC06" w14:textId="77777777" w:rsidR="00CD1C71" w:rsidRDefault="007B192B">
            <w:r>
              <w:rPr>
                <w:b/>
                <w:color w:val="0D1B44"/>
                <w:sz w:val="19"/>
              </w:rPr>
              <w:t>Certificate Holder</w:t>
            </w:r>
          </w:p>
        </w:tc>
        <w:tc>
          <w:tcPr>
            <w:tcW w:w="6552" w:type="dxa"/>
            <w:tcMar>
              <w:top w:w="110" w:type="dxa"/>
              <w:left w:w="120" w:type="dxa"/>
              <w:bottom w:w="110" w:type="dxa"/>
              <w:right w:w="120" w:type="dxa"/>
            </w:tcMar>
            <w:vAlign w:val="center"/>
          </w:tcPr>
          <w:p w14:paraId="74F09FE8" w14:textId="77777777" w:rsidR="00CD1C71" w:rsidRDefault="007B192B">
            <w:r>
              <w:rPr>
                <w:color w:val="000000"/>
                <w:sz w:val="19"/>
              </w:rPr>
              <w:t>Gloss Logistics LLC, 3218 Fannin Road, Suite 1115, Melissa, TX 75454</w:t>
            </w:r>
          </w:p>
        </w:tc>
      </w:tr>
    </w:tbl>
    <w:p w14:paraId="28B67F3F" w14:textId="77777777" w:rsidR="00CD1C71" w:rsidRDefault="00CD1C71">
      <w:pPr>
        <w:spacing w:after="20"/>
      </w:pPr>
    </w:p>
    <w:p w14:paraId="7C3C5479" w14:textId="77777777" w:rsidR="00CD1C71" w:rsidRDefault="007B192B">
      <w:pPr>
        <w:pStyle w:val="Heading1"/>
        <w:spacing w:before="180" w:after="100"/>
      </w:pPr>
      <w:r>
        <w:rPr>
          <w:rFonts w:ascii="Aptos" w:hAnsi="Aptos"/>
          <w:color w:val="000000"/>
          <w:sz w:val="30"/>
        </w:rPr>
        <w:t>Submission Instructions</w:t>
      </w:r>
    </w:p>
    <w:p w14:paraId="318195D4" w14:textId="77777777" w:rsidR="00CD1C71" w:rsidRDefault="007B192B">
      <w:pPr>
        <w:pStyle w:val="BodyText"/>
      </w:pPr>
      <w:r>
        <w:rPr>
          <w:color w:val="000000"/>
        </w:rPr>
        <w:t>Email non-sensitive setup documents to contact@gloss-logistics.com. Do not send bank account information through an unsecured channel. Contact us at 469-207-8479 for the approved secure submission method for ACH documentation.</w:t>
      </w:r>
    </w:p>
    <w:p w14:paraId="535DA0D5" w14:textId="77777777" w:rsidR="00CD1C71" w:rsidRDefault="007B192B">
      <w:pPr>
        <w:pStyle w:val="BodyText"/>
      </w:pPr>
      <w:r>
        <w:rPr>
          <w:b/>
          <w:color w:val="0D1B44"/>
        </w:rPr>
        <w:t>The Broker-Carrier Agreement is a separate legally binding contract and must be signed before dispatch unless Gloss Logistics approves otherwise in writing.</w:t>
      </w:r>
    </w:p>
    <w:p w14:paraId="49EFFBC5" w14:textId="77777777" w:rsidR="00CD1C71" w:rsidRDefault="007B192B">
      <w:pPr>
        <w:pStyle w:val="Title"/>
        <w:pageBreakBefore/>
        <w:spacing w:after="80"/>
      </w:pPr>
      <w:r>
        <w:rPr>
          <w:rFonts w:ascii="Aptos" w:hAnsi="Aptos"/>
          <w:b/>
          <w:color w:val="000000"/>
          <w:sz w:val="48"/>
        </w:rPr>
        <w:lastRenderedPageBreak/>
        <w:t>Carrier Profile</w:t>
      </w:r>
    </w:p>
    <w:p w14:paraId="169AA017" w14:textId="77777777" w:rsidR="00CD1C71" w:rsidRDefault="007B192B">
      <w:pPr>
        <w:spacing w:after="260"/>
      </w:pPr>
      <w:r>
        <w:rPr>
          <w:color w:val="5B6573"/>
          <w:sz w:val="21"/>
        </w:rPr>
        <w:t>Provide information exactly as it appears in FMCSA and tax records.</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20D2C2BB" w14:textId="77777777">
        <w:trPr>
          <w:tblHeader/>
          <w:jc w:val="center"/>
        </w:trPr>
        <w:tc>
          <w:tcPr>
            <w:tcW w:w="10166" w:type="dxa"/>
            <w:gridSpan w:val="2"/>
            <w:shd w:val="clear" w:color="auto" w:fill="0D1B44"/>
          </w:tcPr>
          <w:p w14:paraId="44FC5EEF" w14:textId="77777777" w:rsidR="00CD1C71" w:rsidRDefault="007B192B">
            <w:r>
              <w:rPr>
                <w:b/>
                <w:color w:val="FFFFFF"/>
              </w:rPr>
              <w:t>Company Information</w:t>
            </w:r>
          </w:p>
        </w:tc>
      </w:tr>
      <w:tr w:rsidR="00CD1C71" w14:paraId="3BFBD935" w14:textId="77777777">
        <w:trPr>
          <w:jc w:val="center"/>
        </w:trPr>
        <w:tc>
          <w:tcPr>
            <w:tcW w:w="3096" w:type="dxa"/>
            <w:shd w:val="clear" w:color="auto" w:fill="EEF2F8"/>
            <w:tcMar>
              <w:top w:w="110" w:type="dxa"/>
              <w:left w:w="120" w:type="dxa"/>
              <w:bottom w:w="110" w:type="dxa"/>
              <w:right w:w="120" w:type="dxa"/>
            </w:tcMar>
            <w:vAlign w:val="center"/>
          </w:tcPr>
          <w:p w14:paraId="5085337C" w14:textId="77777777" w:rsidR="00CD1C71" w:rsidRDefault="007B192B">
            <w:r>
              <w:rPr>
                <w:b/>
                <w:color w:val="0D1B44"/>
                <w:sz w:val="19"/>
              </w:rPr>
              <w:t>Legal Company Name</w:t>
            </w:r>
          </w:p>
        </w:tc>
        <w:tc>
          <w:tcPr>
            <w:tcW w:w="6552" w:type="dxa"/>
            <w:tcMar>
              <w:top w:w="110" w:type="dxa"/>
              <w:left w:w="120" w:type="dxa"/>
              <w:bottom w:w="110" w:type="dxa"/>
              <w:right w:w="120" w:type="dxa"/>
            </w:tcMar>
            <w:vAlign w:val="center"/>
          </w:tcPr>
          <w:p w14:paraId="2114F4B0" w14:textId="77777777" w:rsidR="00CD1C71" w:rsidRDefault="007B192B">
            <w:r>
              <w:rPr>
                <w:color w:val="000000"/>
                <w:sz w:val="19"/>
              </w:rPr>
              <w:t xml:space="preserve"> </w:t>
            </w:r>
          </w:p>
        </w:tc>
      </w:tr>
      <w:tr w:rsidR="00CD1C71" w14:paraId="1D31EC1F" w14:textId="77777777">
        <w:trPr>
          <w:jc w:val="center"/>
        </w:trPr>
        <w:tc>
          <w:tcPr>
            <w:tcW w:w="3096" w:type="dxa"/>
            <w:shd w:val="clear" w:color="auto" w:fill="EEF2F8"/>
            <w:tcMar>
              <w:top w:w="110" w:type="dxa"/>
              <w:left w:w="120" w:type="dxa"/>
              <w:bottom w:w="110" w:type="dxa"/>
              <w:right w:w="120" w:type="dxa"/>
            </w:tcMar>
            <w:vAlign w:val="center"/>
          </w:tcPr>
          <w:p w14:paraId="47C894DB" w14:textId="77777777" w:rsidR="00CD1C71" w:rsidRDefault="007B192B">
            <w:r>
              <w:rPr>
                <w:b/>
                <w:color w:val="0D1B44"/>
                <w:sz w:val="19"/>
              </w:rPr>
              <w:t>DBA Name</w:t>
            </w:r>
          </w:p>
        </w:tc>
        <w:tc>
          <w:tcPr>
            <w:tcW w:w="6552" w:type="dxa"/>
            <w:tcMar>
              <w:top w:w="110" w:type="dxa"/>
              <w:left w:w="120" w:type="dxa"/>
              <w:bottom w:w="110" w:type="dxa"/>
              <w:right w:w="120" w:type="dxa"/>
            </w:tcMar>
            <w:vAlign w:val="center"/>
          </w:tcPr>
          <w:p w14:paraId="75035DC9" w14:textId="77777777" w:rsidR="00CD1C71" w:rsidRDefault="007B192B">
            <w:r>
              <w:rPr>
                <w:color w:val="000000"/>
                <w:sz w:val="19"/>
              </w:rPr>
              <w:t xml:space="preserve"> </w:t>
            </w:r>
          </w:p>
        </w:tc>
      </w:tr>
      <w:tr w:rsidR="00CD1C71" w14:paraId="12550127" w14:textId="77777777">
        <w:trPr>
          <w:jc w:val="center"/>
        </w:trPr>
        <w:tc>
          <w:tcPr>
            <w:tcW w:w="3096" w:type="dxa"/>
            <w:shd w:val="clear" w:color="auto" w:fill="EEF2F8"/>
            <w:tcMar>
              <w:top w:w="110" w:type="dxa"/>
              <w:left w:w="120" w:type="dxa"/>
              <w:bottom w:w="110" w:type="dxa"/>
              <w:right w:w="120" w:type="dxa"/>
            </w:tcMar>
            <w:vAlign w:val="center"/>
          </w:tcPr>
          <w:p w14:paraId="1F3C1DBB" w14:textId="77777777" w:rsidR="00CD1C71" w:rsidRDefault="007B192B">
            <w:r>
              <w:rPr>
                <w:b/>
                <w:color w:val="0D1B44"/>
                <w:sz w:val="19"/>
              </w:rPr>
              <w:t>MC Number</w:t>
            </w:r>
          </w:p>
        </w:tc>
        <w:tc>
          <w:tcPr>
            <w:tcW w:w="6552" w:type="dxa"/>
            <w:tcMar>
              <w:top w:w="110" w:type="dxa"/>
              <w:left w:w="120" w:type="dxa"/>
              <w:bottom w:w="110" w:type="dxa"/>
              <w:right w:w="120" w:type="dxa"/>
            </w:tcMar>
            <w:vAlign w:val="center"/>
          </w:tcPr>
          <w:p w14:paraId="604D58D0" w14:textId="77777777" w:rsidR="00CD1C71" w:rsidRDefault="007B192B">
            <w:r>
              <w:rPr>
                <w:color w:val="000000"/>
                <w:sz w:val="19"/>
              </w:rPr>
              <w:t xml:space="preserve"> </w:t>
            </w:r>
          </w:p>
        </w:tc>
      </w:tr>
      <w:tr w:rsidR="00CD1C71" w14:paraId="6C9B50BF" w14:textId="77777777">
        <w:trPr>
          <w:jc w:val="center"/>
        </w:trPr>
        <w:tc>
          <w:tcPr>
            <w:tcW w:w="3096" w:type="dxa"/>
            <w:shd w:val="clear" w:color="auto" w:fill="EEF2F8"/>
            <w:tcMar>
              <w:top w:w="110" w:type="dxa"/>
              <w:left w:w="120" w:type="dxa"/>
              <w:bottom w:w="110" w:type="dxa"/>
              <w:right w:w="120" w:type="dxa"/>
            </w:tcMar>
            <w:vAlign w:val="center"/>
          </w:tcPr>
          <w:p w14:paraId="6219E39F" w14:textId="77777777" w:rsidR="00CD1C71" w:rsidRDefault="007B192B">
            <w:r>
              <w:rPr>
                <w:b/>
                <w:color w:val="0D1B44"/>
                <w:sz w:val="19"/>
              </w:rPr>
              <w:t>USDOT Number</w:t>
            </w:r>
          </w:p>
        </w:tc>
        <w:tc>
          <w:tcPr>
            <w:tcW w:w="6552" w:type="dxa"/>
            <w:tcMar>
              <w:top w:w="110" w:type="dxa"/>
              <w:left w:w="120" w:type="dxa"/>
              <w:bottom w:w="110" w:type="dxa"/>
              <w:right w:w="120" w:type="dxa"/>
            </w:tcMar>
            <w:vAlign w:val="center"/>
          </w:tcPr>
          <w:p w14:paraId="163E3C48" w14:textId="77777777" w:rsidR="00CD1C71" w:rsidRDefault="007B192B">
            <w:r>
              <w:rPr>
                <w:color w:val="000000"/>
                <w:sz w:val="19"/>
              </w:rPr>
              <w:t xml:space="preserve"> </w:t>
            </w:r>
          </w:p>
        </w:tc>
      </w:tr>
      <w:tr w:rsidR="00CD1C71" w14:paraId="4896DEE6" w14:textId="77777777">
        <w:trPr>
          <w:jc w:val="center"/>
        </w:trPr>
        <w:tc>
          <w:tcPr>
            <w:tcW w:w="3096" w:type="dxa"/>
            <w:shd w:val="clear" w:color="auto" w:fill="EEF2F8"/>
            <w:tcMar>
              <w:top w:w="110" w:type="dxa"/>
              <w:left w:w="120" w:type="dxa"/>
              <w:bottom w:w="110" w:type="dxa"/>
              <w:right w:w="120" w:type="dxa"/>
            </w:tcMar>
            <w:vAlign w:val="center"/>
          </w:tcPr>
          <w:p w14:paraId="1D75B13D" w14:textId="77777777" w:rsidR="00CD1C71" w:rsidRDefault="007B192B">
            <w:r>
              <w:rPr>
                <w:b/>
                <w:color w:val="0D1B44"/>
                <w:sz w:val="19"/>
              </w:rPr>
              <w:t>Federal EIN</w:t>
            </w:r>
          </w:p>
        </w:tc>
        <w:tc>
          <w:tcPr>
            <w:tcW w:w="6552" w:type="dxa"/>
            <w:tcMar>
              <w:top w:w="110" w:type="dxa"/>
              <w:left w:w="120" w:type="dxa"/>
              <w:bottom w:w="110" w:type="dxa"/>
              <w:right w:w="120" w:type="dxa"/>
            </w:tcMar>
            <w:vAlign w:val="center"/>
          </w:tcPr>
          <w:p w14:paraId="471D42C2" w14:textId="77777777" w:rsidR="00CD1C71" w:rsidRDefault="007B192B">
            <w:r>
              <w:rPr>
                <w:color w:val="000000"/>
                <w:sz w:val="19"/>
              </w:rPr>
              <w:t xml:space="preserve"> </w:t>
            </w:r>
          </w:p>
        </w:tc>
      </w:tr>
      <w:tr w:rsidR="00CD1C71" w14:paraId="7F4EFF1B" w14:textId="77777777">
        <w:trPr>
          <w:jc w:val="center"/>
        </w:trPr>
        <w:tc>
          <w:tcPr>
            <w:tcW w:w="3096" w:type="dxa"/>
            <w:shd w:val="clear" w:color="auto" w:fill="EEF2F8"/>
            <w:tcMar>
              <w:top w:w="110" w:type="dxa"/>
              <w:left w:w="120" w:type="dxa"/>
              <w:bottom w:w="110" w:type="dxa"/>
              <w:right w:w="120" w:type="dxa"/>
            </w:tcMar>
            <w:vAlign w:val="center"/>
          </w:tcPr>
          <w:p w14:paraId="5EF1EFE6" w14:textId="77777777" w:rsidR="00CD1C71" w:rsidRDefault="007B192B">
            <w:r>
              <w:rPr>
                <w:b/>
                <w:color w:val="0D1B44"/>
                <w:sz w:val="19"/>
              </w:rPr>
              <w:t>Business Address</w:t>
            </w:r>
          </w:p>
        </w:tc>
        <w:tc>
          <w:tcPr>
            <w:tcW w:w="6552" w:type="dxa"/>
            <w:tcMar>
              <w:top w:w="110" w:type="dxa"/>
              <w:left w:w="120" w:type="dxa"/>
              <w:bottom w:w="110" w:type="dxa"/>
              <w:right w:w="120" w:type="dxa"/>
            </w:tcMar>
            <w:vAlign w:val="center"/>
          </w:tcPr>
          <w:p w14:paraId="028D3C4D" w14:textId="77777777" w:rsidR="00CD1C71" w:rsidRDefault="007B192B">
            <w:r>
              <w:rPr>
                <w:color w:val="000000"/>
                <w:sz w:val="19"/>
              </w:rPr>
              <w:t xml:space="preserve"> </w:t>
            </w:r>
          </w:p>
        </w:tc>
      </w:tr>
      <w:tr w:rsidR="00CD1C71" w14:paraId="7C355F07" w14:textId="77777777">
        <w:trPr>
          <w:jc w:val="center"/>
        </w:trPr>
        <w:tc>
          <w:tcPr>
            <w:tcW w:w="3096" w:type="dxa"/>
            <w:shd w:val="clear" w:color="auto" w:fill="EEF2F8"/>
            <w:tcMar>
              <w:top w:w="110" w:type="dxa"/>
              <w:left w:w="120" w:type="dxa"/>
              <w:bottom w:w="110" w:type="dxa"/>
              <w:right w:w="120" w:type="dxa"/>
            </w:tcMar>
            <w:vAlign w:val="center"/>
          </w:tcPr>
          <w:p w14:paraId="149DA44D" w14:textId="77777777" w:rsidR="00CD1C71" w:rsidRDefault="007B192B">
            <w:r>
              <w:rPr>
                <w:b/>
                <w:color w:val="0D1B44"/>
                <w:sz w:val="19"/>
              </w:rPr>
              <w:t>City State ZIP</w:t>
            </w:r>
          </w:p>
        </w:tc>
        <w:tc>
          <w:tcPr>
            <w:tcW w:w="6552" w:type="dxa"/>
            <w:tcMar>
              <w:top w:w="110" w:type="dxa"/>
              <w:left w:w="120" w:type="dxa"/>
              <w:bottom w:w="110" w:type="dxa"/>
              <w:right w:w="120" w:type="dxa"/>
            </w:tcMar>
            <w:vAlign w:val="center"/>
          </w:tcPr>
          <w:p w14:paraId="7EB4E154" w14:textId="77777777" w:rsidR="00CD1C71" w:rsidRDefault="007B192B">
            <w:r>
              <w:rPr>
                <w:color w:val="000000"/>
                <w:sz w:val="19"/>
              </w:rPr>
              <w:t xml:space="preserve"> </w:t>
            </w:r>
          </w:p>
        </w:tc>
      </w:tr>
      <w:tr w:rsidR="00CD1C71" w14:paraId="5BDAA076" w14:textId="77777777">
        <w:trPr>
          <w:jc w:val="center"/>
        </w:trPr>
        <w:tc>
          <w:tcPr>
            <w:tcW w:w="3096" w:type="dxa"/>
            <w:shd w:val="clear" w:color="auto" w:fill="EEF2F8"/>
            <w:tcMar>
              <w:top w:w="110" w:type="dxa"/>
              <w:left w:w="120" w:type="dxa"/>
              <w:bottom w:w="110" w:type="dxa"/>
              <w:right w:w="120" w:type="dxa"/>
            </w:tcMar>
            <w:vAlign w:val="center"/>
          </w:tcPr>
          <w:p w14:paraId="268B9824" w14:textId="77777777" w:rsidR="00CD1C71" w:rsidRDefault="007B192B">
            <w:r>
              <w:rPr>
                <w:b/>
                <w:color w:val="0D1B44"/>
                <w:sz w:val="19"/>
              </w:rPr>
              <w:t>Years in Business</w:t>
            </w:r>
          </w:p>
        </w:tc>
        <w:tc>
          <w:tcPr>
            <w:tcW w:w="6552" w:type="dxa"/>
            <w:tcMar>
              <w:top w:w="110" w:type="dxa"/>
              <w:left w:w="120" w:type="dxa"/>
              <w:bottom w:w="110" w:type="dxa"/>
              <w:right w:w="120" w:type="dxa"/>
            </w:tcMar>
            <w:vAlign w:val="center"/>
          </w:tcPr>
          <w:p w14:paraId="545855A6" w14:textId="77777777" w:rsidR="00CD1C71" w:rsidRDefault="007B192B">
            <w:r>
              <w:rPr>
                <w:color w:val="000000"/>
                <w:sz w:val="19"/>
              </w:rPr>
              <w:t xml:space="preserve"> </w:t>
            </w:r>
          </w:p>
        </w:tc>
      </w:tr>
      <w:tr w:rsidR="00CD1C71" w14:paraId="705069B7" w14:textId="77777777">
        <w:trPr>
          <w:jc w:val="center"/>
        </w:trPr>
        <w:tc>
          <w:tcPr>
            <w:tcW w:w="3096" w:type="dxa"/>
            <w:shd w:val="clear" w:color="auto" w:fill="EEF2F8"/>
            <w:tcMar>
              <w:top w:w="110" w:type="dxa"/>
              <w:left w:w="120" w:type="dxa"/>
              <w:bottom w:w="110" w:type="dxa"/>
              <w:right w:w="120" w:type="dxa"/>
            </w:tcMar>
            <w:vAlign w:val="center"/>
          </w:tcPr>
          <w:p w14:paraId="6D4AC2EE" w14:textId="77777777" w:rsidR="00CD1C71" w:rsidRDefault="007B192B">
            <w:r>
              <w:rPr>
                <w:b/>
                <w:color w:val="0D1B44"/>
                <w:sz w:val="19"/>
              </w:rPr>
              <w:t>Company Website</w:t>
            </w:r>
          </w:p>
        </w:tc>
        <w:tc>
          <w:tcPr>
            <w:tcW w:w="6552" w:type="dxa"/>
            <w:tcMar>
              <w:top w:w="110" w:type="dxa"/>
              <w:left w:w="120" w:type="dxa"/>
              <w:bottom w:w="110" w:type="dxa"/>
              <w:right w:w="120" w:type="dxa"/>
            </w:tcMar>
            <w:vAlign w:val="center"/>
          </w:tcPr>
          <w:p w14:paraId="68250C29" w14:textId="77777777" w:rsidR="00CD1C71" w:rsidRDefault="007B192B">
            <w:r>
              <w:rPr>
                <w:color w:val="000000"/>
                <w:sz w:val="19"/>
              </w:rPr>
              <w:t xml:space="preserve"> </w:t>
            </w:r>
          </w:p>
        </w:tc>
      </w:tr>
    </w:tbl>
    <w:p w14:paraId="57F4961A" w14:textId="77777777" w:rsidR="00CD1C71" w:rsidRDefault="00CD1C71">
      <w:pPr>
        <w:spacing w:after="20"/>
      </w:pP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7B3A4990" w14:textId="77777777">
        <w:trPr>
          <w:tblHeader/>
          <w:jc w:val="center"/>
        </w:trPr>
        <w:tc>
          <w:tcPr>
            <w:tcW w:w="10166" w:type="dxa"/>
            <w:gridSpan w:val="2"/>
            <w:shd w:val="clear" w:color="auto" w:fill="0D1B44"/>
          </w:tcPr>
          <w:p w14:paraId="5D2F50C4" w14:textId="77777777" w:rsidR="00CD1C71" w:rsidRDefault="007B192B">
            <w:r>
              <w:rPr>
                <w:b/>
                <w:color w:val="FFFFFF"/>
              </w:rPr>
              <w:t>Operations Contacts</w:t>
            </w:r>
          </w:p>
        </w:tc>
      </w:tr>
      <w:tr w:rsidR="00CD1C71" w14:paraId="168B521C" w14:textId="77777777">
        <w:trPr>
          <w:jc w:val="center"/>
        </w:trPr>
        <w:tc>
          <w:tcPr>
            <w:tcW w:w="3096" w:type="dxa"/>
            <w:shd w:val="clear" w:color="auto" w:fill="EEF2F8"/>
            <w:tcMar>
              <w:top w:w="110" w:type="dxa"/>
              <w:left w:w="120" w:type="dxa"/>
              <w:bottom w:w="110" w:type="dxa"/>
              <w:right w:w="120" w:type="dxa"/>
            </w:tcMar>
            <w:vAlign w:val="center"/>
          </w:tcPr>
          <w:p w14:paraId="06251BC4" w14:textId="77777777" w:rsidR="00CD1C71" w:rsidRDefault="007B192B">
            <w:r>
              <w:rPr>
                <w:b/>
                <w:color w:val="0D1B44"/>
                <w:sz w:val="19"/>
              </w:rPr>
              <w:t>Primary Contact</w:t>
            </w:r>
          </w:p>
        </w:tc>
        <w:tc>
          <w:tcPr>
            <w:tcW w:w="6552" w:type="dxa"/>
            <w:tcMar>
              <w:top w:w="110" w:type="dxa"/>
              <w:left w:w="120" w:type="dxa"/>
              <w:bottom w:w="110" w:type="dxa"/>
              <w:right w:w="120" w:type="dxa"/>
            </w:tcMar>
            <w:vAlign w:val="center"/>
          </w:tcPr>
          <w:p w14:paraId="58A6EAD2" w14:textId="77777777" w:rsidR="00CD1C71" w:rsidRDefault="007B192B">
            <w:r>
              <w:rPr>
                <w:color w:val="000000"/>
                <w:sz w:val="19"/>
              </w:rPr>
              <w:t xml:space="preserve"> </w:t>
            </w:r>
          </w:p>
        </w:tc>
      </w:tr>
      <w:tr w:rsidR="00CD1C71" w14:paraId="2AC632EC" w14:textId="77777777">
        <w:trPr>
          <w:jc w:val="center"/>
        </w:trPr>
        <w:tc>
          <w:tcPr>
            <w:tcW w:w="3096" w:type="dxa"/>
            <w:shd w:val="clear" w:color="auto" w:fill="EEF2F8"/>
            <w:tcMar>
              <w:top w:w="110" w:type="dxa"/>
              <w:left w:w="120" w:type="dxa"/>
              <w:bottom w:w="110" w:type="dxa"/>
              <w:right w:w="120" w:type="dxa"/>
            </w:tcMar>
            <w:vAlign w:val="center"/>
          </w:tcPr>
          <w:p w14:paraId="79D9AB26" w14:textId="77777777" w:rsidR="00CD1C71" w:rsidRDefault="007B192B">
            <w:r>
              <w:rPr>
                <w:b/>
                <w:color w:val="0D1B44"/>
                <w:sz w:val="19"/>
              </w:rPr>
              <w:t>Title</w:t>
            </w:r>
          </w:p>
        </w:tc>
        <w:tc>
          <w:tcPr>
            <w:tcW w:w="6552" w:type="dxa"/>
            <w:tcMar>
              <w:top w:w="110" w:type="dxa"/>
              <w:left w:w="120" w:type="dxa"/>
              <w:bottom w:w="110" w:type="dxa"/>
              <w:right w:w="120" w:type="dxa"/>
            </w:tcMar>
            <w:vAlign w:val="center"/>
          </w:tcPr>
          <w:p w14:paraId="2E87CCBD" w14:textId="77777777" w:rsidR="00CD1C71" w:rsidRDefault="007B192B">
            <w:r>
              <w:rPr>
                <w:color w:val="000000"/>
                <w:sz w:val="19"/>
              </w:rPr>
              <w:t xml:space="preserve"> </w:t>
            </w:r>
          </w:p>
        </w:tc>
      </w:tr>
      <w:tr w:rsidR="00CD1C71" w14:paraId="20566BB5" w14:textId="77777777">
        <w:trPr>
          <w:jc w:val="center"/>
        </w:trPr>
        <w:tc>
          <w:tcPr>
            <w:tcW w:w="3096" w:type="dxa"/>
            <w:shd w:val="clear" w:color="auto" w:fill="EEF2F8"/>
            <w:tcMar>
              <w:top w:w="110" w:type="dxa"/>
              <w:left w:w="120" w:type="dxa"/>
              <w:bottom w:w="110" w:type="dxa"/>
              <w:right w:w="120" w:type="dxa"/>
            </w:tcMar>
            <w:vAlign w:val="center"/>
          </w:tcPr>
          <w:p w14:paraId="109C4D6C" w14:textId="77777777" w:rsidR="00CD1C71" w:rsidRDefault="007B192B">
            <w:r>
              <w:rPr>
                <w:b/>
                <w:color w:val="0D1B44"/>
                <w:sz w:val="19"/>
              </w:rPr>
              <w:t>Phone</w:t>
            </w:r>
          </w:p>
        </w:tc>
        <w:tc>
          <w:tcPr>
            <w:tcW w:w="6552" w:type="dxa"/>
            <w:tcMar>
              <w:top w:w="110" w:type="dxa"/>
              <w:left w:w="120" w:type="dxa"/>
              <w:bottom w:w="110" w:type="dxa"/>
              <w:right w:w="120" w:type="dxa"/>
            </w:tcMar>
            <w:vAlign w:val="center"/>
          </w:tcPr>
          <w:p w14:paraId="5752D8DD" w14:textId="77777777" w:rsidR="00CD1C71" w:rsidRDefault="007B192B">
            <w:r>
              <w:rPr>
                <w:color w:val="000000"/>
                <w:sz w:val="19"/>
              </w:rPr>
              <w:t xml:space="preserve"> </w:t>
            </w:r>
          </w:p>
        </w:tc>
      </w:tr>
      <w:tr w:rsidR="00CD1C71" w14:paraId="273FF044" w14:textId="77777777">
        <w:trPr>
          <w:jc w:val="center"/>
        </w:trPr>
        <w:tc>
          <w:tcPr>
            <w:tcW w:w="3096" w:type="dxa"/>
            <w:shd w:val="clear" w:color="auto" w:fill="EEF2F8"/>
            <w:tcMar>
              <w:top w:w="110" w:type="dxa"/>
              <w:left w:w="120" w:type="dxa"/>
              <w:bottom w:w="110" w:type="dxa"/>
              <w:right w:w="120" w:type="dxa"/>
            </w:tcMar>
            <w:vAlign w:val="center"/>
          </w:tcPr>
          <w:p w14:paraId="2E6EB4EE" w14:textId="77777777" w:rsidR="00CD1C71" w:rsidRDefault="007B192B">
            <w:r>
              <w:rPr>
                <w:b/>
                <w:color w:val="0D1B44"/>
                <w:sz w:val="19"/>
              </w:rPr>
              <w:t>Email</w:t>
            </w:r>
          </w:p>
        </w:tc>
        <w:tc>
          <w:tcPr>
            <w:tcW w:w="6552" w:type="dxa"/>
            <w:tcMar>
              <w:top w:w="110" w:type="dxa"/>
              <w:left w:w="120" w:type="dxa"/>
              <w:bottom w:w="110" w:type="dxa"/>
              <w:right w:w="120" w:type="dxa"/>
            </w:tcMar>
            <w:vAlign w:val="center"/>
          </w:tcPr>
          <w:p w14:paraId="681FCE73" w14:textId="77777777" w:rsidR="00CD1C71" w:rsidRDefault="007B192B">
            <w:r>
              <w:rPr>
                <w:color w:val="000000"/>
                <w:sz w:val="19"/>
              </w:rPr>
              <w:t xml:space="preserve"> </w:t>
            </w:r>
          </w:p>
        </w:tc>
      </w:tr>
      <w:tr w:rsidR="00CD1C71" w14:paraId="7235B241" w14:textId="77777777">
        <w:trPr>
          <w:jc w:val="center"/>
        </w:trPr>
        <w:tc>
          <w:tcPr>
            <w:tcW w:w="3096" w:type="dxa"/>
            <w:shd w:val="clear" w:color="auto" w:fill="EEF2F8"/>
            <w:tcMar>
              <w:top w:w="110" w:type="dxa"/>
              <w:left w:w="120" w:type="dxa"/>
              <w:bottom w:w="110" w:type="dxa"/>
              <w:right w:w="120" w:type="dxa"/>
            </w:tcMar>
            <w:vAlign w:val="center"/>
          </w:tcPr>
          <w:p w14:paraId="5AF1160D" w14:textId="77777777" w:rsidR="00CD1C71" w:rsidRDefault="007B192B">
            <w:r>
              <w:rPr>
                <w:b/>
                <w:color w:val="0D1B44"/>
                <w:sz w:val="19"/>
              </w:rPr>
              <w:t>After Hours Contact</w:t>
            </w:r>
          </w:p>
        </w:tc>
        <w:tc>
          <w:tcPr>
            <w:tcW w:w="6552" w:type="dxa"/>
            <w:tcMar>
              <w:top w:w="110" w:type="dxa"/>
              <w:left w:w="120" w:type="dxa"/>
              <w:bottom w:w="110" w:type="dxa"/>
              <w:right w:w="120" w:type="dxa"/>
            </w:tcMar>
            <w:vAlign w:val="center"/>
          </w:tcPr>
          <w:p w14:paraId="6DE7D726" w14:textId="77777777" w:rsidR="00CD1C71" w:rsidRDefault="007B192B">
            <w:r>
              <w:rPr>
                <w:color w:val="000000"/>
                <w:sz w:val="19"/>
              </w:rPr>
              <w:t xml:space="preserve"> </w:t>
            </w:r>
          </w:p>
        </w:tc>
      </w:tr>
      <w:tr w:rsidR="00CD1C71" w14:paraId="6D2DA7E7" w14:textId="77777777">
        <w:trPr>
          <w:jc w:val="center"/>
        </w:trPr>
        <w:tc>
          <w:tcPr>
            <w:tcW w:w="3096" w:type="dxa"/>
            <w:shd w:val="clear" w:color="auto" w:fill="EEF2F8"/>
            <w:tcMar>
              <w:top w:w="110" w:type="dxa"/>
              <w:left w:w="120" w:type="dxa"/>
              <w:bottom w:w="110" w:type="dxa"/>
              <w:right w:w="120" w:type="dxa"/>
            </w:tcMar>
            <w:vAlign w:val="center"/>
          </w:tcPr>
          <w:p w14:paraId="110465B9" w14:textId="77777777" w:rsidR="00CD1C71" w:rsidRDefault="007B192B">
            <w:r>
              <w:rPr>
                <w:b/>
                <w:color w:val="0D1B44"/>
                <w:sz w:val="19"/>
              </w:rPr>
              <w:lastRenderedPageBreak/>
              <w:t>After Hours Phone</w:t>
            </w:r>
          </w:p>
        </w:tc>
        <w:tc>
          <w:tcPr>
            <w:tcW w:w="6552" w:type="dxa"/>
            <w:tcMar>
              <w:top w:w="110" w:type="dxa"/>
              <w:left w:w="120" w:type="dxa"/>
              <w:bottom w:w="110" w:type="dxa"/>
              <w:right w:w="120" w:type="dxa"/>
            </w:tcMar>
            <w:vAlign w:val="center"/>
          </w:tcPr>
          <w:p w14:paraId="70BF124B" w14:textId="77777777" w:rsidR="00CD1C71" w:rsidRDefault="007B192B">
            <w:r>
              <w:rPr>
                <w:color w:val="000000"/>
                <w:sz w:val="19"/>
              </w:rPr>
              <w:t xml:space="preserve"> </w:t>
            </w:r>
          </w:p>
        </w:tc>
      </w:tr>
    </w:tbl>
    <w:p w14:paraId="0B8F2F0C" w14:textId="77777777" w:rsidR="00CD1C71" w:rsidRDefault="00CD1C71">
      <w:pPr>
        <w:spacing w:after="20"/>
      </w:pP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73BCC721" w14:textId="77777777">
        <w:trPr>
          <w:tblHeader/>
          <w:jc w:val="center"/>
        </w:trPr>
        <w:tc>
          <w:tcPr>
            <w:tcW w:w="10166" w:type="dxa"/>
            <w:gridSpan w:val="2"/>
            <w:shd w:val="clear" w:color="auto" w:fill="0D1B44"/>
          </w:tcPr>
          <w:p w14:paraId="0F0CA904" w14:textId="77777777" w:rsidR="00CD1C71" w:rsidRDefault="007B192B">
            <w:r>
              <w:rPr>
                <w:b/>
                <w:color w:val="FFFFFF"/>
              </w:rPr>
              <w:t>Accounting Contacts</w:t>
            </w:r>
          </w:p>
        </w:tc>
      </w:tr>
      <w:tr w:rsidR="00CD1C71" w14:paraId="78682E80" w14:textId="77777777">
        <w:trPr>
          <w:jc w:val="center"/>
        </w:trPr>
        <w:tc>
          <w:tcPr>
            <w:tcW w:w="3096" w:type="dxa"/>
            <w:shd w:val="clear" w:color="auto" w:fill="EEF2F8"/>
            <w:tcMar>
              <w:top w:w="110" w:type="dxa"/>
              <w:left w:w="120" w:type="dxa"/>
              <w:bottom w:w="110" w:type="dxa"/>
              <w:right w:w="120" w:type="dxa"/>
            </w:tcMar>
            <w:vAlign w:val="center"/>
          </w:tcPr>
          <w:p w14:paraId="2C304489" w14:textId="77777777" w:rsidR="00CD1C71" w:rsidRDefault="007B192B">
            <w:r>
              <w:rPr>
                <w:b/>
                <w:color w:val="0D1B44"/>
                <w:sz w:val="19"/>
              </w:rPr>
              <w:t>Accounts Receivable Contact</w:t>
            </w:r>
          </w:p>
        </w:tc>
        <w:tc>
          <w:tcPr>
            <w:tcW w:w="6552" w:type="dxa"/>
            <w:tcMar>
              <w:top w:w="110" w:type="dxa"/>
              <w:left w:w="120" w:type="dxa"/>
              <w:bottom w:w="110" w:type="dxa"/>
              <w:right w:w="120" w:type="dxa"/>
            </w:tcMar>
            <w:vAlign w:val="center"/>
          </w:tcPr>
          <w:p w14:paraId="52C205DF" w14:textId="77777777" w:rsidR="00CD1C71" w:rsidRDefault="007B192B">
            <w:r>
              <w:rPr>
                <w:color w:val="000000"/>
                <w:sz w:val="19"/>
              </w:rPr>
              <w:t xml:space="preserve"> </w:t>
            </w:r>
          </w:p>
        </w:tc>
      </w:tr>
      <w:tr w:rsidR="00CD1C71" w14:paraId="790BEB70" w14:textId="77777777">
        <w:trPr>
          <w:jc w:val="center"/>
        </w:trPr>
        <w:tc>
          <w:tcPr>
            <w:tcW w:w="3096" w:type="dxa"/>
            <w:shd w:val="clear" w:color="auto" w:fill="EEF2F8"/>
            <w:tcMar>
              <w:top w:w="110" w:type="dxa"/>
              <w:left w:w="120" w:type="dxa"/>
              <w:bottom w:w="110" w:type="dxa"/>
              <w:right w:w="120" w:type="dxa"/>
            </w:tcMar>
            <w:vAlign w:val="center"/>
          </w:tcPr>
          <w:p w14:paraId="4FCCD351" w14:textId="77777777" w:rsidR="00CD1C71" w:rsidRDefault="007B192B">
            <w:r>
              <w:rPr>
                <w:b/>
                <w:color w:val="0D1B44"/>
                <w:sz w:val="19"/>
              </w:rPr>
              <w:t>Phone</w:t>
            </w:r>
          </w:p>
        </w:tc>
        <w:tc>
          <w:tcPr>
            <w:tcW w:w="6552" w:type="dxa"/>
            <w:tcMar>
              <w:top w:w="110" w:type="dxa"/>
              <w:left w:w="120" w:type="dxa"/>
              <w:bottom w:w="110" w:type="dxa"/>
              <w:right w:w="120" w:type="dxa"/>
            </w:tcMar>
            <w:vAlign w:val="center"/>
          </w:tcPr>
          <w:p w14:paraId="7FD3BD23" w14:textId="77777777" w:rsidR="00CD1C71" w:rsidRDefault="007B192B">
            <w:r>
              <w:rPr>
                <w:color w:val="000000"/>
                <w:sz w:val="19"/>
              </w:rPr>
              <w:t xml:space="preserve"> </w:t>
            </w:r>
          </w:p>
        </w:tc>
      </w:tr>
      <w:tr w:rsidR="00CD1C71" w14:paraId="22DBC860" w14:textId="77777777">
        <w:trPr>
          <w:jc w:val="center"/>
        </w:trPr>
        <w:tc>
          <w:tcPr>
            <w:tcW w:w="3096" w:type="dxa"/>
            <w:shd w:val="clear" w:color="auto" w:fill="EEF2F8"/>
            <w:tcMar>
              <w:top w:w="110" w:type="dxa"/>
              <w:left w:w="120" w:type="dxa"/>
              <w:bottom w:w="110" w:type="dxa"/>
              <w:right w:w="120" w:type="dxa"/>
            </w:tcMar>
            <w:vAlign w:val="center"/>
          </w:tcPr>
          <w:p w14:paraId="59540E1D" w14:textId="77777777" w:rsidR="00CD1C71" w:rsidRDefault="007B192B">
            <w:r>
              <w:rPr>
                <w:b/>
                <w:color w:val="0D1B44"/>
                <w:sz w:val="19"/>
              </w:rPr>
              <w:t>Email</w:t>
            </w:r>
          </w:p>
        </w:tc>
        <w:tc>
          <w:tcPr>
            <w:tcW w:w="6552" w:type="dxa"/>
            <w:tcMar>
              <w:top w:w="110" w:type="dxa"/>
              <w:left w:w="120" w:type="dxa"/>
              <w:bottom w:w="110" w:type="dxa"/>
              <w:right w:w="120" w:type="dxa"/>
            </w:tcMar>
            <w:vAlign w:val="center"/>
          </w:tcPr>
          <w:p w14:paraId="08AE5411" w14:textId="77777777" w:rsidR="00CD1C71" w:rsidRDefault="007B192B">
            <w:r>
              <w:rPr>
                <w:color w:val="000000"/>
                <w:sz w:val="19"/>
              </w:rPr>
              <w:t xml:space="preserve"> </w:t>
            </w:r>
          </w:p>
        </w:tc>
      </w:tr>
      <w:tr w:rsidR="00CD1C71" w14:paraId="1BBF42A4" w14:textId="77777777">
        <w:trPr>
          <w:jc w:val="center"/>
        </w:trPr>
        <w:tc>
          <w:tcPr>
            <w:tcW w:w="3096" w:type="dxa"/>
            <w:shd w:val="clear" w:color="auto" w:fill="EEF2F8"/>
            <w:tcMar>
              <w:top w:w="110" w:type="dxa"/>
              <w:left w:w="120" w:type="dxa"/>
              <w:bottom w:w="110" w:type="dxa"/>
              <w:right w:w="120" w:type="dxa"/>
            </w:tcMar>
            <w:vAlign w:val="center"/>
          </w:tcPr>
          <w:p w14:paraId="64A2C731" w14:textId="77777777" w:rsidR="00CD1C71" w:rsidRDefault="007B192B">
            <w:r>
              <w:rPr>
                <w:b/>
                <w:color w:val="0D1B44"/>
                <w:sz w:val="19"/>
              </w:rPr>
              <w:t>Remittance Email</w:t>
            </w:r>
          </w:p>
        </w:tc>
        <w:tc>
          <w:tcPr>
            <w:tcW w:w="6552" w:type="dxa"/>
            <w:tcMar>
              <w:top w:w="110" w:type="dxa"/>
              <w:left w:w="120" w:type="dxa"/>
              <w:bottom w:w="110" w:type="dxa"/>
              <w:right w:w="120" w:type="dxa"/>
            </w:tcMar>
            <w:vAlign w:val="center"/>
          </w:tcPr>
          <w:p w14:paraId="53C0851B" w14:textId="77777777" w:rsidR="00CD1C71" w:rsidRDefault="007B192B">
            <w:r>
              <w:rPr>
                <w:color w:val="000000"/>
                <w:sz w:val="19"/>
              </w:rPr>
              <w:t xml:space="preserve"> </w:t>
            </w:r>
          </w:p>
        </w:tc>
      </w:tr>
    </w:tbl>
    <w:p w14:paraId="136C3B4A" w14:textId="77777777" w:rsidR="00CD1C71" w:rsidRDefault="00CD1C71">
      <w:pPr>
        <w:spacing w:after="20"/>
      </w:pPr>
    </w:p>
    <w:p w14:paraId="3A2B31B7" w14:textId="77777777" w:rsidR="00CD1C71" w:rsidRDefault="007B192B">
      <w:pPr>
        <w:pStyle w:val="Heading1"/>
        <w:spacing w:before="180" w:after="100"/>
      </w:pPr>
      <w:r>
        <w:rPr>
          <w:rFonts w:ascii="Aptos" w:hAnsi="Aptos"/>
          <w:color w:val="000000"/>
          <w:sz w:val="30"/>
        </w:rPr>
        <w:t>Equipment and Service</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ook w:val="04A0" w:firstRow="1" w:lastRow="0" w:firstColumn="1" w:lastColumn="0" w:noHBand="0" w:noVBand="1"/>
      </w:tblPr>
      <w:tblGrid>
        <w:gridCol w:w="5075"/>
        <w:gridCol w:w="5075"/>
      </w:tblGrid>
      <w:tr w:rsidR="00CD1C71" w14:paraId="044145B8" w14:textId="77777777">
        <w:trPr>
          <w:jc w:val="center"/>
        </w:trPr>
        <w:tc>
          <w:tcPr>
            <w:tcW w:w="5083" w:type="dxa"/>
            <w:tcMar>
              <w:top w:w="110" w:type="dxa"/>
              <w:left w:w="120" w:type="dxa"/>
              <w:bottom w:w="110" w:type="dxa"/>
              <w:right w:w="120" w:type="dxa"/>
            </w:tcMar>
            <w:vAlign w:val="center"/>
          </w:tcPr>
          <w:p w14:paraId="261F1D49" w14:textId="77777777" w:rsidR="00CD1C71" w:rsidRDefault="007B192B">
            <w:r>
              <w:rPr>
                <w:color w:val="000000"/>
                <w:sz w:val="19"/>
              </w:rPr>
              <w:t>☐</w:t>
            </w:r>
            <w:r>
              <w:rPr>
                <w:color w:val="000000"/>
                <w:sz w:val="19"/>
              </w:rPr>
              <w:t xml:space="preserve">  Dry Van</w:t>
            </w:r>
          </w:p>
        </w:tc>
        <w:tc>
          <w:tcPr>
            <w:tcW w:w="5083" w:type="dxa"/>
            <w:tcMar>
              <w:top w:w="110" w:type="dxa"/>
              <w:left w:w="120" w:type="dxa"/>
              <w:bottom w:w="110" w:type="dxa"/>
              <w:right w:w="120" w:type="dxa"/>
            </w:tcMar>
            <w:vAlign w:val="center"/>
          </w:tcPr>
          <w:p w14:paraId="12B35143" w14:textId="77777777" w:rsidR="00CD1C71" w:rsidRDefault="007B192B">
            <w:r>
              <w:rPr>
                <w:color w:val="000000"/>
                <w:sz w:val="19"/>
              </w:rPr>
              <w:t>☐</w:t>
            </w:r>
            <w:r>
              <w:rPr>
                <w:color w:val="000000"/>
                <w:sz w:val="19"/>
              </w:rPr>
              <w:t xml:space="preserve">  Reefer</w:t>
            </w:r>
          </w:p>
        </w:tc>
      </w:tr>
      <w:tr w:rsidR="00CD1C71" w14:paraId="0B2DD27B" w14:textId="77777777">
        <w:trPr>
          <w:jc w:val="center"/>
        </w:trPr>
        <w:tc>
          <w:tcPr>
            <w:tcW w:w="5083" w:type="dxa"/>
            <w:tcMar>
              <w:top w:w="110" w:type="dxa"/>
              <w:left w:w="120" w:type="dxa"/>
              <w:bottom w:w="110" w:type="dxa"/>
              <w:right w:w="120" w:type="dxa"/>
            </w:tcMar>
            <w:vAlign w:val="center"/>
          </w:tcPr>
          <w:p w14:paraId="571C572B" w14:textId="77777777" w:rsidR="00CD1C71" w:rsidRDefault="007B192B">
            <w:r>
              <w:rPr>
                <w:color w:val="000000"/>
                <w:sz w:val="19"/>
              </w:rPr>
              <w:t>☐</w:t>
            </w:r>
            <w:r>
              <w:rPr>
                <w:color w:val="000000"/>
                <w:sz w:val="19"/>
              </w:rPr>
              <w:t xml:space="preserve">  Flatbed / Step Deck</w:t>
            </w:r>
          </w:p>
        </w:tc>
        <w:tc>
          <w:tcPr>
            <w:tcW w:w="5083" w:type="dxa"/>
            <w:tcMar>
              <w:top w:w="110" w:type="dxa"/>
              <w:left w:w="120" w:type="dxa"/>
              <w:bottom w:w="110" w:type="dxa"/>
              <w:right w:w="120" w:type="dxa"/>
            </w:tcMar>
            <w:vAlign w:val="center"/>
          </w:tcPr>
          <w:p w14:paraId="7548F6B7" w14:textId="77777777" w:rsidR="00CD1C71" w:rsidRDefault="007B192B">
            <w:r>
              <w:rPr>
                <w:color w:val="000000"/>
                <w:sz w:val="19"/>
              </w:rPr>
              <w:t>☐</w:t>
            </w:r>
            <w:r>
              <w:rPr>
                <w:color w:val="000000"/>
                <w:sz w:val="19"/>
              </w:rPr>
              <w:t xml:space="preserve">  Sprinter / Cargo Van</w:t>
            </w:r>
          </w:p>
        </w:tc>
      </w:tr>
      <w:tr w:rsidR="00CD1C71" w14:paraId="5BEEE825" w14:textId="77777777">
        <w:trPr>
          <w:jc w:val="center"/>
        </w:trPr>
        <w:tc>
          <w:tcPr>
            <w:tcW w:w="5083" w:type="dxa"/>
            <w:tcMar>
              <w:top w:w="110" w:type="dxa"/>
              <w:left w:w="120" w:type="dxa"/>
              <w:bottom w:w="110" w:type="dxa"/>
              <w:right w:w="120" w:type="dxa"/>
            </w:tcMar>
            <w:vAlign w:val="center"/>
          </w:tcPr>
          <w:p w14:paraId="77F05FDE" w14:textId="77777777" w:rsidR="00CD1C71" w:rsidRDefault="007B192B">
            <w:r>
              <w:rPr>
                <w:color w:val="000000"/>
                <w:sz w:val="19"/>
              </w:rPr>
              <w:t>☐</w:t>
            </w:r>
            <w:r>
              <w:rPr>
                <w:color w:val="000000"/>
                <w:sz w:val="19"/>
              </w:rPr>
              <w:t xml:space="preserve">  Straight Truck</w:t>
            </w:r>
          </w:p>
        </w:tc>
        <w:tc>
          <w:tcPr>
            <w:tcW w:w="5083" w:type="dxa"/>
            <w:tcMar>
              <w:top w:w="110" w:type="dxa"/>
              <w:left w:w="120" w:type="dxa"/>
              <w:bottom w:w="110" w:type="dxa"/>
              <w:right w:w="120" w:type="dxa"/>
            </w:tcMar>
            <w:vAlign w:val="center"/>
          </w:tcPr>
          <w:p w14:paraId="5B9AC7C6" w14:textId="77777777" w:rsidR="00CD1C71" w:rsidRDefault="007B192B">
            <w:r>
              <w:rPr>
                <w:color w:val="000000"/>
                <w:sz w:val="19"/>
              </w:rPr>
              <w:t>☐</w:t>
            </w:r>
            <w:r>
              <w:rPr>
                <w:color w:val="000000"/>
                <w:sz w:val="19"/>
              </w:rPr>
              <w:t xml:space="preserve">  Power Only</w:t>
            </w:r>
          </w:p>
        </w:tc>
      </w:tr>
      <w:tr w:rsidR="00CD1C71" w14:paraId="0851F6CA" w14:textId="77777777">
        <w:trPr>
          <w:jc w:val="center"/>
        </w:trPr>
        <w:tc>
          <w:tcPr>
            <w:tcW w:w="5083" w:type="dxa"/>
            <w:tcMar>
              <w:top w:w="110" w:type="dxa"/>
              <w:left w:w="120" w:type="dxa"/>
              <w:bottom w:w="110" w:type="dxa"/>
              <w:right w:w="120" w:type="dxa"/>
            </w:tcMar>
            <w:vAlign w:val="center"/>
          </w:tcPr>
          <w:p w14:paraId="774CBEE3" w14:textId="77777777" w:rsidR="00CD1C71" w:rsidRDefault="007B192B">
            <w:r>
              <w:rPr>
                <w:color w:val="000000"/>
                <w:sz w:val="19"/>
              </w:rPr>
              <w:t>☐</w:t>
            </w:r>
            <w:r>
              <w:rPr>
                <w:color w:val="000000"/>
                <w:sz w:val="19"/>
              </w:rPr>
              <w:t xml:space="preserve">  Other</w:t>
            </w:r>
          </w:p>
        </w:tc>
        <w:tc>
          <w:tcPr>
            <w:tcW w:w="5083" w:type="dxa"/>
            <w:tcMar>
              <w:top w:w="110" w:type="dxa"/>
              <w:left w:w="120" w:type="dxa"/>
              <w:bottom w:w="110" w:type="dxa"/>
              <w:right w:w="120" w:type="dxa"/>
            </w:tcMar>
            <w:vAlign w:val="center"/>
          </w:tcPr>
          <w:p w14:paraId="5643F66F" w14:textId="77777777" w:rsidR="00CD1C71" w:rsidRDefault="00CD1C71"/>
        </w:tc>
      </w:tr>
    </w:tbl>
    <w:p w14:paraId="4B755D87" w14:textId="77777777" w:rsidR="00CD1C71" w:rsidRDefault="007B192B">
      <w:pPr>
        <w:pStyle w:val="BodyText"/>
        <w:spacing w:before="160"/>
      </w:pPr>
      <w:r>
        <w:rPr>
          <w:color w:val="000000"/>
          <w:sz w:val="19"/>
        </w:rPr>
        <w:t>Primary operating regions: ________________________________________________________________</w:t>
      </w:r>
      <w:r>
        <w:rPr>
          <w:color w:val="000000"/>
          <w:sz w:val="19"/>
        </w:rPr>
        <w:br/>
        <w:t>Number of tractors/vehicles: ____________________    Number of trailers: ____________________</w:t>
      </w:r>
    </w:p>
    <w:p w14:paraId="7091DC15" w14:textId="77777777" w:rsidR="00CD1C71" w:rsidRDefault="007B192B">
      <w:pPr>
        <w:pStyle w:val="Title"/>
        <w:pageBreakBefore/>
        <w:spacing w:after="80"/>
      </w:pPr>
      <w:r>
        <w:rPr>
          <w:rFonts w:ascii="Aptos" w:hAnsi="Aptos"/>
          <w:b/>
          <w:color w:val="000000"/>
          <w:sz w:val="48"/>
        </w:rPr>
        <w:lastRenderedPageBreak/>
        <w:t>Safety and Compliance Certification</w:t>
      </w:r>
    </w:p>
    <w:p w14:paraId="26B4FBE1" w14:textId="77777777" w:rsidR="00CD1C71" w:rsidRDefault="007B192B">
      <w:pPr>
        <w:spacing w:after="260"/>
      </w:pPr>
      <w:r>
        <w:rPr>
          <w:color w:val="5B6573"/>
          <w:sz w:val="21"/>
        </w:rPr>
        <w:t>An authorized company representative must review and sign this page.</w:t>
      </w:r>
    </w:p>
    <w:p w14:paraId="082FB019" w14:textId="77777777" w:rsidR="00CD1C71" w:rsidRDefault="007B192B">
      <w:pPr>
        <w:pStyle w:val="BodyText"/>
      </w:pPr>
      <w:r>
        <w:rPr>
          <w:color w:val="000000"/>
        </w:rPr>
        <w:t>The carrier certifies that the information supplied in this packet is accurate and that the carrier:</w:t>
      </w:r>
    </w:p>
    <w:p w14:paraId="28835BE4" w14:textId="77777777" w:rsidR="00CD1C71" w:rsidRDefault="007B192B">
      <w:pPr>
        <w:pStyle w:val="BodyText"/>
        <w:spacing w:after="100"/>
        <w:ind w:left="173"/>
      </w:pPr>
      <w:r>
        <w:rPr>
          <w:color w:val="0D1B44"/>
          <w:sz w:val="22"/>
        </w:rPr>
        <w:t>☐</w:t>
      </w:r>
      <w:r>
        <w:rPr>
          <w:color w:val="0D1B44"/>
          <w:sz w:val="22"/>
        </w:rPr>
        <w:t xml:space="preserve">  </w:t>
      </w:r>
      <w:r>
        <w:rPr>
          <w:color w:val="000000"/>
        </w:rPr>
        <w:t>Maintains active operating authority and all registrations required for the services performed.</w:t>
      </w:r>
    </w:p>
    <w:p w14:paraId="52690521" w14:textId="77777777" w:rsidR="00CD1C71" w:rsidRDefault="007B192B">
      <w:pPr>
        <w:pStyle w:val="BodyText"/>
        <w:spacing w:after="100"/>
        <w:ind w:left="173"/>
      </w:pPr>
      <w:r>
        <w:rPr>
          <w:color w:val="0D1B44"/>
          <w:sz w:val="22"/>
        </w:rPr>
        <w:t>☐</w:t>
      </w:r>
      <w:r>
        <w:rPr>
          <w:color w:val="0D1B44"/>
          <w:sz w:val="22"/>
        </w:rPr>
        <w:t xml:space="preserve">  </w:t>
      </w:r>
      <w:r>
        <w:rPr>
          <w:color w:val="000000"/>
        </w:rPr>
        <w:t>Maintains insurance meeting or exceeding the requirements of Gloss Logistics and the applicable shipment.</w:t>
      </w:r>
    </w:p>
    <w:p w14:paraId="21F6B1E2" w14:textId="77777777" w:rsidR="00CD1C71" w:rsidRDefault="007B192B">
      <w:pPr>
        <w:pStyle w:val="BodyText"/>
        <w:spacing w:after="100"/>
        <w:ind w:left="173"/>
      </w:pPr>
      <w:r>
        <w:rPr>
          <w:color w:val="0D1B44"/>
          <w:sz w:val="22"/>
        </w:rPr>
        <w:t>☐</w:t>
      </w:r>
      <w:r>
        <w:rPr>
          <w:color w:val="0D1B44"/>
          <w:sz w:val="22"/>
        </w:rPr>
        <w:t xml:space="preserve">  </w:t>
      </w:r>
      <w:r>
        <w:rPr>
          <w:color w:val="000000"/>
        </w:rPr>
        <w:t>Uses properly licensed, qualified, and insured drivers and complies with applicable hours-of-service rules.</w:t>
      </w:r>
    </w:p>
    <w:p w14:paraId="1012FE5A" w14:textId="77777777" w:rsidR="00CD1C71" w:rsidRDefault="007B192B">
      <w:pPr>
        <w:pStyle w:val="BodyText"/>
        <w:spacing w:after="100"/>
        <w:ind w:left="173"/>
      </w:pPr>
      <w:r>
        <w:rPr>
          <w:color w:val="0D1B44"/>
          <w:sz w:val="22"/>
        </w:rPr>
        <w:t>☐</w:t>
      </w:r>
      <w:r>
        <w:rPr>
          <w:color w:val="0D1B44"/>
          <w:sz w:val="22"/>
        </w:rPr>
        <w:t xml:space="preserve">  </w:t>
      </w:r>
      <w:r>
        <w:rPr>
          <w:color w:val="000000"/>
        </w:rPr>
        <w:t>Maintains equipment in safe operating condition and complies with applicable inspection and maintenance requirements.</w:t>
      </w:r>
    </w:p>
    <w:p w14:paraId="43B46E9A" w14:textId="77777777" w:rsidR="00CD1C71" w:rsidRDefault="007B192B">
      <w:pPr>
        <w:pStyle w:val="BodyText"/>
        <w:spacing w:after="100"/>
        <w:ind w:left="173"/>
      </w:pPr>
      <w:r>
        <w:rPr>
          <w:color w:val="0D1B44"/>
          <w:sz w:val="22"/>
        </w:rPr>
        <w:t>☐</w:t>
      </w:r>
      <w:r>
        <w:rPr>
          <w:color w:val="0D1B44"/>
          <w:sz w:val="22"/>
        </w:rPr>
        <w:t xml:space="preserve">  </w:t>
      </w:r>
      <w:r>
        <w:rPr>
          <w:color w:val="000000"/>
        </w:rPr>
        <w:t>Will promptly notify Gloss Logistics of any change in authority, insurance, safety status, ownership, address, or contact information.</w:t>
      </w:r>
    </w:p>
    <w:p w14:paraId="7C03F4B7" w14:textId="77777777" w:rsidR="00CD1C71" w:rsidRDefault="007B192B">
      <w:pPr>
        <w:pStyle w:val="BodyText"/>
        <w:spacing w:after="100"/>
        <w:ind w:left="173"/>
      </w:pPr>
      <w:r>
        <w:rPr>
          <w:color w:val="0D1B44"/>
          <w:sz w:val="22"/>
        </w:rPr>
        <w:t>☐</w:t>
      </w:r>
      <w:r>
        <w:rPr>
          <w:color w:val="0D1B44"/>
          <w:sz w:val="22"/>
        </w:rPr>
        <w:t xml:space="preserve">  </w:t>
      </w:r>
      <w:r>
        <w:rPr>
          <w:color w:val="000000"/>
        </w:rPr>
        <w:t>Will not re-broker, assign, interline, or subcontract a shipment without prior written authorization from Gloss Logistics.</w:t>
      </w:r>
    </w:p>
    <w:p w14:paraId="3ED00A77" w14:textId="77777777" w:rsidR="00CD1C71" w:rsidRDefault="007B192B">
      <w:pPr>
        <w:pStyle w:val="BodyText"/>
        <w:spacing w:after="100"/>
        <w:ind w:left="173"/>
      </w:pPr>
      <w:r>
        <w:rPr>
          <w:color w:val="0D1B44"/>
          <w:sz w:val="22"/>
        </w:rPr>
        <w:t>☐</w:t>
      </w:r>
      <w:r>
        <w:rPr>
          <w:color w:val="0D1B44"/>
          <w:sz w:val="22"/>
        </w:rPr>
        <w:t xml:space="preserve">  </w:t>
      </w:r>
      <w:r>
        <w:rPr>
          <w:color w:val="000000"/>
        </w:rPr>
        <w:t>Will report accidents, cargo damage, temperature deviations, delays, and service failures immediately.</w:t>
      </w:r>
    </w:p>
    <w:p w14:paraId="4E2E45FB" w14:textId="77777777" w:rsidR="00CD1C71" w:rsidRDefault="007B192B">
      <w:pPr>
        <w:pStyle w:val="BodyText"/>
        <w:spacing w:after="100"/>
        <w:ind w:left="173"/>
      </w:pPr>
      <w:r>
        <w:rPr>
          <w:color w:val="0D1B44"/>
          <w:sz w:val="22"/>
        </w:rPr>
        <w:t>☐</w:t>
      </w:r>
      <w:r>
        <w:rPr>
          <w:color w:val="0D1B44"/>
          <w:sz w:val="22"/>
        </w:rPr>
        <w:t xml:space="preserve">  </w:t>
      </w:r>
      <w:r>
        <w:rPr>
          <w:color w:val="000000"/>
        </w:rPr>
        <w:t>Will provide legible proof of delivery and other required shipment documents promptly after delivery.</w:t>
      </w:r>
    </w:p>
    <w:p w14:paraId="603F8459" w14:textId="77777777" w:rsidR="00CD1C71" w:rsidRDefault="007B192B">
      <w:pPr>
        <w:pStyle w:val="Heading1"/>
        <w:spacing w:before="180" w:after="100"/>
      </w:pPr>
      <w:r>
        <w:rPr>
          <w:rFonts w:ascii="Aptos" w:hAnsi="Aptos"/>
          <w:color w:val="000000"/>
          <w:sz w:val="30"/>
        </w:rPr>
        <w:t>Insurance Information</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4E2282F1" w14:textId="77777777">
        <w:trPr>
          <w:tblHeader/>
          <w:jc w:val="center"/>
        </w:trPr>
        <w:tc>
          <w:tcPr>
            <w:tcW w:w="10166" w:type="dxa"/>
            <w:gridSpan w:val="2"/>
            <w:shd w:val="clear" w:color="auto" w:fill="0D1B44"/>
          </w:tcPr>
          <w:p w14:paraId="7FC5462F" w14:textId="77777777" w:rsidR="00CD1C71" w:rsidRDefault="007B192B">
            <w:r>
              <w:rPr>
                <w:b/>
                <w:color w:val="FFFFFF"/>
              </w:rPr>
              <w:t>Agency Contact</w:t>
            </w:r>
          </w:p>
        </w:tc>
      </w:tr>
      <w:tr w:rsidR="00CD1C71" w14:paraId="3E927C25" w14:textId="77777777">
        <w:trPr>
          <w:jc w:val="center"/>
        </w:trPr>
        <w:tc>
          <w:tcPr>
            <w:tcW w:w="3096" w:type="dxa"/>
            <w:shd w:val="clear" w:color="auto" w:fill="EEF2F8"/>
            <w:tcMar>
              <w:top w:w="110" w:type="dxa"/>
              <w:left w:w="120" w:type="dxa"/>
              <w:bottom w:w="110" w:type="dxa"/>
              <w:right w:w="120" w:type="dxa"/>
            </w:tcMar>
            <w:vAlign w:val="center"/>
          </w:tcPr>
          <w:p w14:paraId="1D0639C9" w14:textId="77777777" w:rsidR="00CD1C71" w:rsidRDefault="007B192B">
            <w:r>
              <w:rPr>
                <w:b/>
                <w:color w:val="0D1B44"/>
                <w:sz w:val="19"/>
              </w:rPr>
              <w:t>Insurance Agency</w:t>
            </w:r>
          </w:p>
        </w:tc>
        <w:tc>
          <w:tcPr>
            <w:tcW w:w="6552" w:type="dxa"/>
            <w:tcMar>
              <w:top w:w="110" w:type="dxa"/>
              <w:left w:w="120" w:type="dxa"/>
              <w:bottom w:w="110" w:type="dxa"/>
              <w:right w:w="120" w:type="dxa"/>
            </w:tcMar>
            <w:vAlign w:val="center"/>
          </w:tcPr>
          <w:p w14:paraId="12E38C85" w14:textId="77777777" w:rsidR="00CD1C71" w:rsidRDefault="007B192B">
            <w:r>
              <w:rPr>
                <w:color w:val="000000"/>
                <w:sz w:val="19"/>
              </w:rPr>
              <w:t xml:space="preserve"> </w:t>
            </w:r>
          </w:p>
        </w:tc>
      </w:tr>
      <w:tr w:rsidR="00CD1C71" w14:paraId="6B12641A" w14:textId="77777777">
        <w:trPr>
          <w:jc w:val="center"/>
        </w:trPr>
        <w:tc>
          <w:tcPr>
            <w:tcW w:w="3096" w:type="dxa"/>
            <w:shd w:val="clear" w:color="auto" w:fill="EEF2F8"/>
            <w:tcMar>
              <w:top w:w="110" w:type="dxa"/>
              <w:left w:w="120" w:type="dxa"/>
              <w:bottom w:w="110" w:type="dxa"/>
              <w:right w:w="120" w:type="dxa"/>
            </w:tcMar>
            <w:vAlign w:val="center"/>
          </w:tcPr>
          <w:p w14:paraId="14B16944" w14:textId="77777777" w:rsidR="00CD1C71" w:rsidRDefault="007B192B">
            <w:r>
              <w:rPr>
                <w:b/>
                <w:color w:val="0D1B44"/>
                <w:sz w:val="19"/>
              </w:rPr>
              <w:t>Agent Name</w:t>
            </w:r>
          </w:p>
        </w:tc>
        <w:tc>
          <w:tcPr>
            <w:tcW w:w="6552" w:type="dxa"/>
            <w:tcMar>
              <w:top w:w="110" w:type="dxa"/>
              <w:left w:w="120" w:type="dxa"/>
              <w:bottom w:w="110" w:type="dxa"/>
              <w:right w:w="120" w:type="dxa"/>
            </w:tcMar>
            <w:vAlign w:val="center"/>
          </w:tcPr>
          <w:p w14:paraId="752016AA" w14:textId="77777777" w:rsidR="00CD1C71" w:rsidRDefault="007B192B">
            <w:r>
              <w:rPr>
                <w:color w:val="000000"/>
                <w:sz w:val="19"/>
              </w:rPr>
              <w:t xml:space="preserve"> </w:t>
            </w:r>
          </w:p>
        </w:tc>
      </w:tr>
      <w:tr w:rsidR="00CD1C71" w14:paraId="35947153" w14:textId="77777777">
        <w:trPr>
          <w:jc w:val="center"/>
        </w:trPr>
        <w:tc>
          <w:tcPr>
            <w:tcW w:w="3096" w:type="dxa"/>
            <w:shd w:val="clear" w:color="auto" w:fill="EEF2F8"/>
            <w:tcMar>
              <w:top w:w="110" w:type="dxa"/>
              <w:left w:w="120" w:type="dxa"/>
              <w:bottom w:w="110" w:type="dxa"/>
              <w:right w:w="120" w:type="dxa"/>
            </w:tcMar>
            <w:vAlign w:val="center"/>
          </w:tcPr>
          <w:p w14:paraId="3B972C76" w14:textId="77777777" w:rsidR="00CD1C71" w:rsidRDefault="007B192B">
            <w:r>
              <w:rPr>
                <w:b/>
                <w:color w:val="0D1B44"/>
                <w:sz w:val="19"/>
              </w:rPr>
              <w:t>Agent Phone</w:t>
            </w:r>
          </w:p>
        </w:tc>
        <w:tc>
          <w:tcPr>
            <w:tcW w:w="6552" w:type="dxa"/>
            <w:tcMar>
              <w:top w:w="110" w:type="dxa"/>
              <w:left w:w="120" w:type="dxa"/>
              <w:bottom w:w="110" w:type="dxa"/>
              <w:right w:w="120" w:type="dxa"/>
            </w:tcMar>
            <w:vAlign w:val="center"/>
          </w:tcPr>
          <w:p w14:paraId="31917DD0" w14:textId="77777777" w:rsidR="00CD1C71" w:rsidRDefault="007B192B">
            <w:r>
              <w:rPr>
                <w:color w:val="000000"/>
                <w:sz w:val="19"/>
              </w:rPr>
              <w:t xml:space="preserve"> </w:t>
            </w:r>
          </w:p>
        </w:tc>
      </w:tr>
      <w:tr w:rsidR="00CD1C71" w14:paraId="2BD91385" w14:textId="77777777">
        <w:trPr>
          <w:jc w:val="center"/>
        </w:trPr>
        <w:tc>
          <w:tcPr>
            <w:tcW w:w="3096" w:type="dxa"/>
            <w:shd w:val="clear" w:color="auto" w:fill="EEF2F8"/>
            <w:tcMar>
              <w:top w:w="110" w:type="dxa"/>
              <w:left w:w="120" w:type="dxa"/>
              <w:bottom w:w="110" w:type="dxa"/>
              <w:right w:w="120" w:type="dxa"/>
            </w:tcMar>
            <w:vAlign w:val="center"/>
          </w:tcPr>
          <w:p w14:paraId="1ACC520C" w14:textId="77777777" w:rsidR="00CD1C71" w:rsidRDefault="007B192B">
            <w:r>
              <w:rPr>
                <w:b/>
                <w:color w:val="0D1B44"/>
                <w:sz w:val="19"/>
              </w:rPr>
              <w:t>Agent Email</w:t>
            </w:r>
          </w:p>
        </w:tc>
        <w:tc>
          <w:tcPr>
            <w:tcW w:w="6552" w:type="dxa"/>
            <w:tcMar>
              <w:top w:w="110" w:type="dxa"/>
              <w:left w:w="120" w:type="dxa"/>
              <w:bottom w:w="110" w:type="dxa"/>
              <w:right w:w="120" w:type="dxa"/>
            </w:tcMar>
            <w:vAlign w:val="center"/>
          </w:tcPr>
          <w:p w14:paraId="2B74687B" w14:textId="77777777" w:rsidR="00CD1C71" w:rsidRDefault="007B192B">
            <w:r>
              <w:rPr>
                <w:color w:val="000000"/>
                <w:sz w:val="19"/>
              </w:rPr>
              <w:t xml:space="preserve"> </w:t>
            </w:r>
          </w:p>
        </w:tc>
      </w:tr>
      <w:tr w:rsidR="00CD1C71" w14:paraId="30B1C654" w14:textId="77777777">
        <w:trPr>
          <w:jc w:val="center"/>
        </w:trPr>
        <w:tc>
          <w:tcPr>
            <w:tcW w:w="3096" w:type="dxa"/>
            <w:shd w:val="clear" w:color="auto" w:fill="EEF2F8"/>
            <w:tcMar>
              <w:top w:w="110" w:type="dxa"/>
              <w:left w:w="120" w:type="dxa"/>
              <w:bottom w:w="110" w:type="dxa"/>
              <w:right w:w="120" w:type="dxa"/>
            </w:tcMar>
            <w:vAlign w:val="center"/>
          </w:tcPr>
          <w:p w14:paraId="41CEB12E" w14:textId="77777777" w:rsidR="00CD1C71" w:rsidRDefault="007B192B">
            <w:r>
              <w:rPr>
                <w:b/>
                <w:color w:val="0D1B44"/>
                <w:sz w:val="19"/>
              </w:rPr>
              <w:t>Policy Expiration</w:t>
            </w:r>
          </w:p>
        </w:tc>
        <w:tc>
          <w:tcPr>
            <w:tcW w:w="6552" w:type="dxa"/>
            <w:tcMar>
              <w:top w:w="110" w:type="dxa"/>
              <w:left w:w="120" w:type="dxa"/>
              <w:bottom w:w="110" w:type="dxa"/>
              <w:right w:w="120" w:type="dxa"/>
            </w:tcMar>
            <w:vAlign w:val="center"/>
          </w:tcPr>
          <w:p w14:paraId="316FFFB6" w14:textId="77777777" w:rsidR="00CD1C71" w:rsidRDefault="007B192B">
            <w:r>
              <w:rPr>
                <w:color w:val="000000"/>
                <w:sz w:val="19"/>
              </w:rPr>
              <w:t xml:space="preserve"> </w:t>
            </w:r>
          </w:p>
        </w:tc>
      </w:tr>
    </w:tbl>
    <w:p w14:paraId="2F125CDC" w14:textId="77777777" w:rsidR="00CD1C71" w:rsidRDefault="00CD1C71">
      <w:pPr>
        <w:spacing w:after="20"/>
      </w:pPr>
    </w:p>
    <w:p w14:paraId="6E811D50" w14:textId="77777777" w:rsidR="00CD1C71" w:rsidRDefault="007B192B">
      <w:pPr>
        <w:pStyle w:val="Heading1"/>
        <w:spacing w:before="180" w:after="100"/>
      </w:pPr>
      <w:r>
        <w:rPr>
          <w:rFonts w:ascii="Aptos" w:hAnsi="Aptos"/>
          <w:color w:val="000000"/>
          <w:sz w:val="30"/>
        </w:rPr>
        <w:t>Authorized Certification</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624AE765" w14:textId="77777777">
        <w:trPr>
          <w:tblHeader/>
          <w:jc w:val="center"/>
        </w:trPr>
        <w:tc>
          <w:tcPr>
            <w:tcW w:w="10166" w:type="dxa"/>
            <w:gridSpan w:val="2"/>
            <w:shd w:val="clear" w:color="auto" w:fill="0D1B44"/>
          </w:tcPr>
          <w:p w14:paraId="6A4E8B82" w14:textId="77777777" w:rsidR="00CD1C71" w:rsidRDefault="007B192B">
            <w:r>
              <w:rPr>
                <w:b/>
                <w:color w:val="FFFFFF"/>
              </w:rPr>
              <w:t>Carrier Certification</w:t>
            </w:r>
          </w:p>
        </w:tc>
      </w:tr>
      <w:tr w:rsidR="00CD1C71" w14:paraId="203C7C53" w14:textId="77777777">
        <w:trPr>
          <w:jc w:val="center"/>
        </w:trPr>
        <w:tc>
          <w:tcPr>
            <w:tcW w:w="3096" w:type="dxa"/>
            <w:shd w:val="clear" w:color="auto" w:fill="EEF2F8"/>
            <w:tcMar>
              <w:top w:w="110" w:type="dxa"/>
              <w:left w:w="120" w:type="dxa"/>
              <w:bottom w:w="110" w:type="dxa"/>
              <w:right w:w="120" w:type="dxa"/>
            </w:tcMar>
            <w:vAlign w:val="center"/>
          </w:tcPr>
          <w:p w14:paraId="6E9C007B" w14:textId="77777777" w:rsidR="00CD1C71" w:rsidRDefault="007B192B">
            <w:r>
              <w:rPr>
                <w:b/>
                <w:color w:val="0D1B44"/>
                <w:sz w:val="19"/>
              </w:rPr>
              <w:t>Authorized Representative</w:t>
            </w:r>
          </w:p>
        </w:tc>
        <w:tc>
          <w:tcPr>
            <w:tcW w:w="6552" w:type="dxa"/>
            <w:tcMar>
              <w:top w:w="110" w:type="dxa"/>
              <w:left w:w="120" w:type="dxa"/>
              <w:bottom w:w="110" w:type="dxa"/>
              <w:right w:w="120" w:type="dxa"/>
            </w:tcMar>
            <w:vAlign w:val="center"/>
          </w:tcPr>
          <w:p w14:paraId="71CB5303" w14:textId="77777777" w:rsidR="00CD1C71" w:rsidRDefault="007B192B">
            <w:r>
              <w:rPr>
                <w:color w:val="000000"/>
                <w:sz w:val="19"/>
              </w:rPr>
              <w:t xml:space="preserve"> </w:t>
            </w:r>
          </w:p>
        </w:tc>
      </w:tr>
      <w:tr w:rsidR="00CD1C71" w14:paraId="46C0EFD9" w14:textId="77777777">
        <w:trPr>
          <w:jc w:val="center"/>
        </w:trPr>
        <w:tc>
          <w:tcPr>
            <w:tcW w:w="3096" w:type="dxa"/>
            <w:shd w:val="clear" w:color="auto" w:fill="EEF2F8"/>
            <w:tcMar>
              <w:top w:w="110" w:type="dxa"/>
              <w:left w:w="120" w:type="dxa"/>
              <w:bottom w:w="110" w:type="dxa"/>
              <w:right w:w="120" w:type="dxa"/>
            </w:tcMar>
            <w:vAlign w:val="center"/>
          </w:tcPr>
          <w:p w14:paraId="4B7A34B9" w14:textId="77777777" w:rsidR="00CD1C71" w:rsidRDefault="007B192B">
            <w:r>
              <w:rPr>
                <w:b/>
                <w:color w:val="0D1B44"/>
                <w:sz w:val="19"/>
              </w:rPr>
              <w:lastRenderedPageBreak/>
              <w:t>Title</w:t>
            </w:r>
          </w:p>
        </w:tc>
        <w:tc>
          <w:tcPr>
            <w:tcW w:w="6552" w:type="dxa"/>
            <w:tcMar>
              <w:top w:w="110" w:type="dxa"/>
              <w:left w:w="120" w:type="dxa"/>
              <w:bottom w:w="110" w:type="dxa"/>
              <w:right w:w="120" w:type="dxa"/>
            </w:tcMar>
            <w:vAlign w:val="center"/>
          </w:tcPr>
          <w:p w14:paraId="2A457C5E" w14:textId="77777777" w:rsidR="00CD1C71" w:rsidRDefault="007B192B">
            <w:r>
              <w:rPr>
                <w:color w:val="000000"/>
                <w:sz w:val="19"/>
              </w:rPr>
              <w:t xml:space="preserve"> </w:t>
            </w:r>
          </w:p>
        </w:tc>
      </w:tr>
      <w:tr w:rsidR="00CD1C71" w14:paraId="740C0EC4" w14:textId="77777777">
        <w:trPr>
          <w:jc w:val="center"/>
        </w:trPr>
        <w:tc>
          <w:tcPr>
            <w:tcW w:w="3096" w:type="dxa"/>
            <w:shd w:val="clear" w:color="auto" w:fill="EEF2F8"/>
            <w:tcMar>
              <w:top w:w="110" w:type="dxa"/>
              <w:left w:w="120" w:type="dxa"/>
              <w:bottom w:w="110" w:type="dxa"/>
              <w:right w:w="120" w:type="dxa"/>
            </w:tcMar>
            <w:vAlign w:val="center"/>
          </w:tcPr>
          <w:p w14:paraId="72BE3F88" w14:textId="77777777" w:rsidR="00CD1C71" w:rsidRDefault="007B192B">
            <w:r>
              <w:rPr>
                <w:b/>
                <w:color w:val="0D1B44"/>
                <w:sz w:val="19"/>
              </w:rPr>
              <w:t>Signature</w:t>
            </w:r>
          </w:p>
        </w:tc>
        <w:tc>
          <w:tcPr>
            <w:tcW w:w="6552" w:type="dxa"/>
            <w:tcMar>
              <w:top w:w="110" w:type="dxa"/>
              <w:left w:w="120" w:type="dxa"/>
              <w:bottom w:w="110" w:type="dxa"/>
              <w:right w:w="120" w:type="dxa"/>
            </w:tcMar>
            <w:vAlign w:val="center"/>
          </w:tcPr>
          <w:p w14:paraId="07982D3C" w14:textId="77777777" w:rsidR="00CD1C71" w:rsidRDefault="007B192B">
            <w:r>
              <w:rPr>
                <w:color w:val="000000"/>
                <w:sz w:val="19"/>
              </w:rPr>
              <w:t xml:space="preserve"> </w:t>
            </w:r>
          </w:p>
        </w:tc>
      </w:tr>
      <w:tr w:rsidR="00CD1C71" w14:paraId="080AAAE1" w14:textId="77777777">
        <w:trPr>
          <w:jc w:val="center"/>
        </w:trPr>
        <w:tc>
          <w:tcPr>
            <w:tcW w:w="3096" w:type="dxa"/>
            <w:shd w:val="clear" w:color="auto" w:fill="EEF2F8"/>
            <w:tcMar>
              <w:top w:w="110" w:type="dxa"/>
              <w:left w:w="120" w:type="dxa"/>
              <w:bottom w:w="110" w:type="dxa"/>
              <w:right w:w="120" w:type="dxa"/>
            </w:tcMar>
            <w:vAlign w:val="center"/>
          </w:tcPr>
          <w:p w14:paraId="0D9F6958" w14:textId="77777777" w:rsidR="00CD1C71" w:rsidRDefault="007B192B">
            <w:r>
              <w:rPr>
                <w:b/>
                <w:color w:val="0D1B44"/>
                <w:sz w:val="19"/>
              </w:rPr>
              <w:t>Date</w:t>
            </w:r>
          </w:p>
        </w:tc>
        <w:tc>
          <w:tcPr>
            <w:tcW w:w="6552" w:type="dxa"/>
            <w:tcMar>
              <w:top w:w="110" w:type="dxa"/>
              <w:left w:w="120" w:type="dxa"/>
              <w:bottom w:w="110" w:type="dxa"/>
              <w:right w:w="120" w:type="dxa"/>
            </w:tcMar>
            <w:vAlign w:val="center"/>
          </w:tcPr>
          <w:p w14:paraId="37991D6D" w14:textId="77777777" w:rsidR="00CD1C71" w:rsidRDefault="007B192B">
            <w:r>
              <w:rPr>
                <w:color w:val="000000"/>
                <w:sz w:val="19"/>
              </w:rPr>
              <w:t xml:space="preserve"> </w:t>
            </w:r>
          </w:p>
        </w:tc>
      </w:tr>
    </w:tbl>
    <w:p w14:paraId="1C4A29C5" w14:textId="77777777" w:rsidR="00CD1C71" w:rsidRDefault="00CD1C71">
      <w:pPr>
        <w:spacing w:after="20"/>
      </w:pPr>
    </w:p>
    <w:p w14:paraId="64312E99" w14:textId="77777777" w:rsidR="00CD1C71" w:rsidRDefault="007B192B">
      <w:pPr>
        <w:pStyle w:val="Title"/>
        <w:pageBreakBefore/>
        <w:spacing w:after="80"/>
      </w:pPr>
      <w:r>
        <w:rPr>
          <w:rFonts w:ascii="Aptos" w:hAnsi="Aptos"/>
          <w:b/>
          <w:color w:val="000000"/>
          <w:sz w:val="48"/>
        </w:rPr>
        <w:lastRenderedPageBreak/>
        <w:t>Payment and Remittance</w:t>
      </w:r>
    </w:p>
    <w:p w14:paraId="4DD5A116" w14:textId="77777777" w:rsidR="00CD1C71" w:rsidRDefault="007B192B">
      <w:pPr>
        <w:spacing w:after="260"/>
      </w:pPr>
      <w:r>
        <w:rPr>
          <w:color w:val="5B6573"/>
          <w:sz w:val="21"/>
        </w:rPr>
        <w:t>Select a payment preference and provide the remittance contact for your company.</w:t>
      </w:r>
    </w:p>
    <w:p w14:paraId="1791AC5A" w14:textId="77777777" w:rsidR="00CD1C71" w:rsidRDefault="007B192B">
      <w:pPr>
        <w:pStyle w:val="Heading1"/>
        <w:spacing w:before="180" w:after="100"/>
      </w:pPr>
      <w:r>
        <w:rPr>
          <w:rFonts w:ascii="Aptos" w:hAnsi="Aptos"/>
          <w:color w:val="000000"/>
          <w:sz w:val="30"/>
        </w:rPr>
        <w:t>Payment Preference</w:t>
      </w:r>
    </w:p>
    <w:p w14:paraId="4A8DA6A0" w14:textId="77777777" w:rsidR="00CD1C71" w:rsidRDefault="007B192B">
      <w:pPr>
        <w:pStyle w:val="BodyText"/>
        <w:spacing w:after="100"/>
        <w:ind w:left="173"/>
      </w:pPr>
      <w:r>
        <w:rPr>
          <w:color w:val="0D1B44"/>
          <w:sz w:val="22"/>
        </w:rPr>
        <w:t>☐</w:t>
      </w:r>
      <w:r>
        <w:rPr>
          <w:color w:val="0D1B44"/>
          <w:sz w:val="22"/>
        </w:rPr>
        <w:t xml:space="preserve">  </w:t>
      </w:r>
      <w:r>
        <w:rPr>
          <w:color w:val="000000"/>
        </w:rPr>
        <w:t>Standard payment under the terms stated in the executed Broker-Carrier Agreement and applicable rate confirmation</w:t>
      </w:r>
    </w:p>
    <w:p w14:paraId="373E2F3A" w14:textId="77777777" w:rsidR="00CD1C71" w:rsidRDefault="007B192B">
      <w:pPr>
        <w:pStyle w:val="BodyText"/>
        <w:spacing w:after="100"/>
        <w:ind w:left="173"/>
      </w:pPr>
      <w:r>
        <w:rPr>
          <w:color w:val="0D1B44"/>
          <w:sz w:val="22"/>
        </w:rPr>
        <w:t>☐</w:t>
      </w:r>
      <w:r>
        <w:rPr>
          <w:color w:val="0D1B44"/>
          <w:sz w:val="22"/>
        </w:rPr>
        <w:t xml:space="preserve">  </w:t>
      </w:r>
      <w:r>
        <w:rPr>
          <w:color w:val="000000"/>
        </w:rPr>
        <w:t>Quick Pay, if approved in writing and subject to the fee and terms stated by Gloss Logistics</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7DA8C974" w14:textId="77777777">
        <w:trPr>
          <w:tblHeader/>
          <w:jc w:val="center"/>
        </w:trPr>
        <w:tc>
          <w:tcPr>
            <w:tcW w:w="10166" w:type="dxa"/>
            <w:gridSpan w:val="2"/>
            <w:shd w:val="clear" w:color="auto" w:fill="0D1B44"/>
          </w:tcPr>
          <w:p w14:paraId="67A69B82" w14:textId="77777777" w:rsidR="00CD1C71" w:rsidRDefault="007B192B">
            <w:r>
              <w:rPr>
                <w:b/>
                <w:color w:val="FFFFFF"/>
              </w:rPr>
              <w:t>Remittance Information</w:t>
            </w:r>
          </w:p>
        </w:tc>
      </w:tr>
      <w:tr w:rsidR="00CD1C71" w14:paraId="7E6BECFB" w14:textId="77777777">
        <w:trPr>
          <w:jc w:val="center"/>
        </w:trPr>
        <w:tc>
          <w:tcPr>
            <w:tcW w:w="3096" w:type="dxa"/>
            <w:shd w:val="clear" w:color="auto" w:fill="EEF2F8"/>
            <w:tcMar>
              <w:top w:w="110" w:type="dxa"/>
              <w:left w:w="120" w:type="dxa"/>
              <w:bottom w:w="110" w:type="dxa"/>
              <w:right w:w="120" w:type="dxa"/>
            </w:tcMar>
            <w:vAlign w:val="center"/>
          </w:tcPr>
          <w:p w14:paraId="4F455150" w14:textId="77777777" w:rsidR="00CD1C71" w:rsidRDefault="007B192B">
            <w:r>
              <w:rPr>
                <w:b/>
                <w:color w:val="0D1B44"/>
                <w:sz w:val="19"/>
              </w:rPr>
              <w:t>Carrier Legal Name</w:t>
            </w:r>
          </w:p>
        </w:tc>
        <w:tc>
          <w:tcPr>
            <w:tcW w:w="6552" w:type="dxa"/>
            <w:tcMar>
              <w:top w:w="110" w:type="dxa"/>
              <w:left w:w="120" w:type="dxa"/>
              <w:bottom w:w="110" w:type="dxa"/>
              <w:right w:w="120" w:type="dxa"/>
            </w:tcMar>
            <w:vAlign w:val="center"/>
          </w:tcPr>
          <w:p w14:paraId="314D52BD" w14:textId="77777777" w:rsidR="00CD1C71" w:rsidRDefault="007B192B">
            <w:r>
              <w:rPr>
                <w:color w:val="000000"/>
                <w:sz w:val="19"/>
              </w:rPr>
              <w:t xml:space="preserve"> </w:t>
            </w:r>
          </w:p>
        </w:tc>
      </w:tr>
      <w:tr w:rsidR="00CD1C71" w14:paraId="2F842239" w14:textId="77777777">
        <w:trPr>
          <w:jc w:val="center"/>
        </w:trPr>
        <w:tc>
          <w:tcPr>
            <w:tcW w:w="3096" w:type="dxa"/>
            <w:shd w:val="clear" w:color="auto" w:fill="EEF2F8"/>
            <w:tcMar>
              <w:top w:w="110" w:type="dxa"/>
              <w:left w:w="120" w:type="dxa"/>
              <w:bottom w:w="110" w:type="dxa"/>
              <w:right w:w="120" w:type="dxa"/>
            </w:tcMar>
            <w:vAlign w:val="center"/>
          </w:tcPr>
          <w:p w14:paraId="0D6F4E9A" w14:textId="77777777" w:rsidR="00CD1C71" w:rsidRDefault="007B192B">
            <w:r>
              <w:rPr>
                <w:b/>
                <w:color w:val="0D1B44"/>
                <w:sz w:val="19"/>
              </w:rPr>
              <w:t>Remittance Contact</w:t>
            </w:r>
          </w:p>
        </w:tc>
        <w:tc>
          <w:tcPr>
            <w:tcW w:w="6552" w:type="dxa"/>
            <w:tcMar>
              <w:top w:w="110" w:type="dxa"/>
              <w:left w:w="120" w:type="dxa"/>
              <w:bottom w:w="110" w:type="dxa"/>
              <w:right w:w="120" w:type="dxa"/>
            </w:tcMar>
            <w:vAlign w:val="center"/>
          </w:tcPr>
          <w:p w14:paraId="02270F57" w14:textId="77777777" w:rsidR="00CD1C71" w:rsidRDefault="007B192B">
            <w:r>
              <w:rPr>
                <w:color w:val="000000"/>
                <w:sz w:val="19"/>
              </w:rPr>
              <w:t xml:space="preserve"> </w:t>
            </w:r>
          </w:p>
        </w:tc>
      </w:tr>
      <w:tr w:rsidR="00CD1C71" w14:paraId="47EE16DF" w14:textId="77777777">
        <w:trPr>
          <w:jc w:val="center"/>
        </w:trPr>
        <w:tc>
          <w:tcPr>
            <w:tcW w:w="3096" w:type="dxa"/>
            <w:shd w:val="clear" w:color="auto" w:fill="EEF2F8"/>
            <w:tcMar>
              <w:top w:w="110" w:type="dxa"/>
              <w:left w:w="120" w:type="dxa"/>
              <w:bottom w:w="110" w:type="dxa"/>
              <w:right w:w="120" w:type="dxa"/>
            </w:tcMar>
            <w:vAlign w:val="center"/>
          </w:tcPr>
          <w:p w14:paraId="7B219F3A" w14:textId="77777777" w:rsidR="00CD1C71" w:rsidRDefault="007B192B">
            <w:r>
              <w:rPr>
                <w:b/>
                <w:color w:val="0D1B44"/>
                <w:sz w:val="19"/>
              </w:rPr>
              <w:t>Remittance Email</w:t>
            </w:r>
          </w:p>
        </w:tc>
        <w:tc>
          <w:tcPr>
            <w:tcW w:w="6552" w:type="dxa"/>
            <w:tcMar>
              <w:top w:w="110" w:type="dxa"/>
              <w:left w:w="120" w:type="dxa"/>
              <w:bottom w:w="110" w:type="dxa"/>
              <w:right w:w="120" w:type="dxa"/>
            </w:tcMar>
            <w:vAlign w:val="center"/>
          </w:tcPr>
          <w:p w14:paraId="53E65F97" w14:textId="77777777" w:rsidR="00CD1C71" w:rsidRDefault="007B192B">
            <w:r>
              <w:rPr>
                <w:color w:val="000000"/>
                <w:sz w:val="19"/>
              </w:rPr>
              <w:t xml:space="preserve"> </w:t>
            </w:r>
          </w:p>
        </w:tc>
      </w:tr>
      <w:tr w:rsidR="00CD1C71" w14:paraId="71E58434" w14:textId="77777777">
        <w:trPr>
          <w:jc w:val="center"/>
        </w:trPr>
        <w:tc>
          <w:tcPr>
            <w:tcW w:w="3096" w:type="dxa"/>
            <w:shd w:val="clear" w:color="auto" w:fill="EEF2F8"/>
            <w:tcMar>
              <w:top w:w="110" w:type="dxa"/>
              <w:left w:w="120" w:type="dxa"/>
              <w:bottom w:w="110" w:type="dxa"/>
              <w:right w:w="120" w:type="dxa"/>
            </w:tcMar>
            <w:vAlign w:val="center"/>
          </w:tcPr>
          <w:p w14:paraId="13F03BE3" w14:textId="77777777" w:rsidR="00CD1C71" w:rsidRDefault="007B192B">
            <w:r>
              <w:rPr>
                <w:b/>
                <w:color w:val="0D1B44"/>
                <w:sz w:val="19"/>
              </w:rPr>
              <w:t>Remittance Address</w:t>
            </w:r>
          </w:p>
        </w:tc>
        <w:tc>
          <w:tcPr>
            <w:tcW w:w="6552" w:type="dxa"/>
            <w:tcMar>
              <w:top w:w="110" w:type="dxa"/>
              <w:left w:w="120" w:type="dxa"/>
              <w:bottom w:w="110" w:type="dxa"/>
              <w:right w:w="120" w:type="dxa"/>
            </w:tcMar>
            <w:vAlign w:val="center"/>
          </w:tcPr>
          <w:p w14:paraId="023622E6" w14:textId="77777777" w:rsidR="00CD1C71" w:rsidRDefault="007B192B">
            <w:r>
              <w:rPr>
                <w:color w:val="000000"/>
                <w:sz w:val="19"/>
              </w:rPr>
              <w:t xml:space="preserve"> </w:t>
            </w:r>
          </w:p>
        </w:tc>
      </w:tr>
      <w:tr w:rsidR="00CD1C71" w14:paraId="445A1AD3" w14:textId="77777777">
        <w:trPr>
          <w:jc w:val="center"/>
        </w:trPr>
        <w:tc>
          <w:tcPr>
            <w:tcW w:w="3096" w:type="dxa"/>
            <w:shd w:val="clear" w:color="auto" w:fill="EEF2F8"/>
            <w:tcMar>
              <w:top w:w="110" w:type="dxa"/>
              <w:left w:w="120" w:type="dxa"/>
              <w:bottom w:w="110" w:type="dxa"/>
              <w:right w:w="120" w:type="dxa"/>
            </w:tcMar>
            <w:vAlign w:val="center"/>
          </w:tcPr>
          <w:p w14:paraId="0D0DB702" w14:textId="77777777" w:rsidR="00CD1C71" w:rsidRDefault="007B192B">
            <w:r>
              <w:rPr>
                <w:b/>
                <w:color w:val="0D1B44"/>
                <w:sz w:val="19"/>
              </w:rPr>
              <w:t>City State ZIP</w:t>
            </w:r>
          </w:p>
        </w:tc>
        <w:tc>
          <w:tcPr>
            <w:tcW w:w="6552" w:type="dxa"/>
            <w:tcMar>
              <w:top w:w="110" w:type="dxa"/>
              <w:left w:w="120" w:type="dxa"/>
              <w:bottom w:w="110" w:type="dxa"/>
              <w:right w:w="120" w:type="dxa"/>
            </w:tcMar>
            <w:vAlign w:val="center"/>
          </w:tcPr>
          <w:p w14:paraId="6232725C" w14:textId="77777777" w:rsidR="00CD1C71" w:rsidRDefault="007B192B">
            <w:r>
              <w:rPr>
                <w:color w:val="000000"/>
                <w:sz w:val="19"/>
              </w:rPr>
              <w:t xml:space="preserve"> </w:t>
            </w:r>
          </w:p>
        </w:tc>
      </w:tr>
      <w:tr w:rsidR="00CD1C71" w14:paraId="6D798A9B" w14:textId="77777777">
        <w:trPr>
          <w:jc w:val="center"/>
        </w:trPr>
        <w:tc>
          <w:tcPr>
            <w:tcW w:w="3096" w:type="dxa"/>
            <w:shd w:val="clear" w:color="auto" w:fill="EEF2F8"/>
            <w:tcMar>
              <w:top w:w="110" w:type="dxa"/>
              <w:left w:w="120" w:type="dxa"/>
              <w:bottom w:w="110" w:type="dxa"/>
              <w:right w:w="120" w:type="dxa"/>
            </w:tcMar>
            <w:vAlign w:val="center"/>
          </w:tcPr>
          <w:p w14:paraId="4FC3DD9A" w14:textId="77777777" w:rsidR="00CD1C71" w:rsidRDefault="007B192B">
            <w:r>
              <w:rPr>
                <w:b/>
                <w:color w:val="0D1B44"/>
                <w:sz w:val="19"/>
              </w:rPr>
              <w:t>Factoring Company</w:t>
            </w:r>
          </w:p>
        </w:tc>
        <w:tc>
          <w:tcPr>
            <w:tcW w:w="6552" w:type="dxa"/>
            <w:tcMar>
              <w:top w:w="110" w:type="dxa"/>
              <w:left w:w="120" w:type="dxa"/>
              <w:bottom w:w="110" w:type="dxa"/>
              <w:right w:w="120" w:type="dxa"/>
            </w:tcMar>
            <w:vAlign w:val="center"/>
          </w:tcPr>
          <w:p w14:paraId="28194BB1" w14:textId="77777777" w:rsidR="00CD1C71" w:rsidRDefault="007B192B">
            <w:r>
              <w:rPr>
                <w:color w:val="000000"/>
                <w:sz w:val="19"/>
              </w:rPr>
              <w:t xml:space="preserve"> </w:t>
            </w:r>
          </w:p>
        </w:tc>
      </w:tr>
      <w:tr w:rsidR="00CD1C71" w14:paraId="50DF9FD2" w14:textId="77777777">
        <w:trPr>
          <w:jc w:val="center"/>
        </w:trPr>
        <w:tc>
          <w:tcPr>
            <w:tcW w:w="3096" w:type="dxa"/>
            <w:shd w:val="clear" w:color="auto" w:fill="EEF2F8"/>
            <w:tcMar>
              <w:top w:w="110" w:type="dxa"/>
              <w:left w:w="120" w:type="dxa"/>
              <w:bottom w:w="110" w:type="dxa"/>
              <w:right w:w="120" w:type="dxa"/>
            </w:tcMar>
            <w:vAlign w:val="center"/>
          </w:tcPr>
          <w:p w14:paraId="6AC75D2F" w14:textId="77777777" w:rsidR="00CD1C71" w:rsidRDefault="007B192B">
            <w:r>
              <w:rPr>
                <w:b/>
                <w:color w:val="0D1B44"/>
                <w:sz w:val="19"/>
              </w:rPr>
              <w:t>Factoring Contact</w:t>
            </w:r>
          </w:p>
        </w:tc>
        <w:tc>
          <w:tcPr>
            <w:tcW w:w="6552" w:type="dxa"/>
            <w:tcMar>
              <w:top w:w="110" w:type="dxa"/>
              <w:left w:w="120" w:type="dxa"/>
              <w:bottom w:w="110" w:type="dxa"/>
              <w:right w:w="120" w:type="dxa"/>
            </w:tcMar>
            <w:vAlign w:val="center"/>
          </w:tcPr>
          <w:p w14:paraId="7D4EBE18" w14:textId="77777777" w:rsidR="00CD1C71" w:rsidRDefault="007B192B">
            <w:r>
              <w:rPr>
                <w:color w:val="000000"/>
                <w:sz w:val="19"/>
              </w:rPr>
              <w:t xml:space="preserve"> </w:t>
            </w:r>
          </w:p>
        </w:tc>
      </w:tr>
      <w:tr w:rsidR="00CD1C71" w14:paraId="4111E289" w14:textId="77777777">
        <w:trPr>
          <w:jc w:val="center"/>
        </w:trPr>
        <w:tc>
          <w:tcPr>
            <w:tcW w:w="3096" w:type="dxa"/>
            <w:shd w:val="clear" w:color="auto" w:fill="EEF2F8"/>
            <w:tcMar>
              <w:top w:w="110" w:type="dxa"/>
              <w:left w:w="120" w:type="dxa"/>
              <w:bottom w:w="110" w:type="dxa"/>
              <w:right w:w="120" w:type="dxa"/>
            </w:tcMar>
            <w:vAlign w:val="center"/>
          </w:tcPr>
          <w:p w14:paraId="2E0313EE" w14:textId="77777777" w:rsidR="00CD1C71" w:rsidRDefault="007B192B">
            <w:r>
              <w:rPr>
                <w:b/>
                <w:color w:val="0D1B44"/>
                <w:sz w:val="19"/>
              </w:rPr>
              <w:t>Factoring Email</w:t>
            </w:r>
          </w:p>
        </w:tc>
        <w:tc>
          <w:tcPr>
            <w:tcW w:w="6552" w:type="dxa"/>
            <w:tcMar>
              <w:top w:w="110" w:type="dxa"/>
              <w:left w:w="120" w:type="dxa"/>
              <w:bottom w:w="110" w:type="dxa"/>
              <w:right w:w="120" w:type="dxa"/>
            </w:tcMar>
            <w:vAlign w:val="center"/>
          </w:tcPr>
          <w:p w14:paraId="472066BB" w14:textId="77777777" w:rsidR="00CD1C71" w:rsidRDefault="007B192B">
            <w:r>
              <w:rPr>
                <w:color w:val="000000"/>
                <w:sz w:val="19"/>
              </w:rPr>
              <w:t xml:space="preserve"> </w:t>
            </w:r>
          </w:p>
        </w:tc>
      </w:tr>
    </w:tbl>
    <w:p w14:paraId="662C6A00" w14:textId="77777777" w:rsidR="00CD1C71" w:rsidRDefault="00CD1C71">
      <w:pPr>
        <w:spacing w:after="20"/>
      </w:pPr>
    </w:p>
    <w:p w14:paraId="50EB5FBC" w14:textId="77777777" w:rsidR="00CD1C71" w:rsidRDefault="007B192B">
      <w:pPr>
        <w:pStyle w:val="Heading1"/>
        <w:spacing w:before="180" w:after="100"/>
      </w:pPr>
      <w:r>
        <w:rPr>
          <w:rFonts w:ascii="Aptos" w:hAnsi="Aptos"/>
          <w:color w:val="000000"/>
          <w:sz w:val="30"/>
        </w:rPr>
        <w:t>ACH Enrollment</w:t>
      </w:r>
    </w:p>
    <w:p w14:paraId="70C4920D" w14:textId="77777777" w:rsidR="00CD1C71" w:rsidRDefault="007B192B">
      <w:pPr>
        <w:pStyle w:val="BodyText"/>
      </w:pPr>
      <w:r>
        <w:rPr>
          <w:b/>
          <w:color w:val="0D1B44"/>
          <w:sz w:val="19"/>
        </w:rPr>
        <w:t>Complete this section only when using the secure submission method approved by Gloss Logistics. Attach a voided business check or bank verification letter. Banking information must match the carrier or its disclosed factoring company.</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3C3B496B" w14:textId="77777777">
        <w:trPr>
          <w:tblHeader/>
          <w:jc w:val="center"/>
        </w:trPr>
        <w:tc>
          <w:tcPr>
            <w:tcW w:w="10166" w:type="dxa"/>
            <w:gridSpan w:val="2"/>
            <w:shd w:val="clear" w:color="auto" w:fill="0D1B44"/>
          </w:tcPr>
          <w:p w14:paraId="4023E5FF" w14:textId="77777777" w:rsidR="00CD1C71" w:rsidRDefault="007B192B">
            <w:r>
              <w:rPr>
                <w:b/>
                <w:color w:val="FFFFFF"/>
              </w:rPr>
              <w:t>Banking Information</w:t>
            </w:r>
          </w:p>
        </w:tc>
      </w:tr>
      <w:tr w:rsidR="00CD1C71" w14:paraId="5BA4087A" w14:textId="77777777">
        <w:trPr>
          <w:jc w:val="center"/>
        </w:trPr>
        <w:tc>
          <w:tcPr>
            <w:tcW w:w="3096" w:type="dxa"/>
            <w:shd w:val="clear" w:color="auto" w:fill="EEF2F8"/>
            <w:tcMar>
              <w:top w:w="110" w:type="dxa"/>
              <w:left w:w="120" w:type="dxa"/>
              <w:bottom w:w="110" w:type="dxa"/>
              <w:right w:w="120" w:type="dxa"/>
            </w:tcMar>
            <w:vAlign w:val="center"/>
          </w:tcPr>
          <w:p w14:paraId="497C6949" w14:textId="77777777" w:rsidR="00CD1C71" w:rsidRDefault="007B192B">
            <w:r>
              <w:rPr>
                <w:b/>
                <w:color w:val="0D1B44"/>
                <w:sz w:val="19"/>
              </w:rPr>
              <w:t>Bank Name</w:t>
            </w:r>
          </w:p>
        </w:tc>
        <w:tc>
          <w:tcPr>
            <w:tcW w:w="6552" w:type="dxa"/>
            <w:tcMar>
              <w:top w:w="110" w:type="dxa"/>
              <w:left w:w="120" w:type="dxa"/>
              <w:bottom w:w="110" w:type="dxa"/>
              <w:right w:w="120" w:type="dxa"/>
            </w:tcMar>
            <w:vAlign w:val="center"/>
          </w:tcPr>
          <w:p w14:paraId="44DFE013" w14:textId="77777777" w:rsidR="00CD1C71" w:rsidRDefault="007B192B">
            <w:r>
              <w:rPr>
                <w:color w:val="000000"/>
                <w:sz w:val="19"/>
              </w:rPr>
              <w:t xml:space="preserve"> </w:t>
            </w:r>
          </w:p>
        </w:tc>
      </w:tr>
      <w:tr w:rsidR="00CD1C71" w14:paraId="65C91D88" w14:textId="77777777">
        <w:trPr>
          <w:jc w:val="center"/>
        </w:trPr>
        <w:tc>
          <w:tcPr>
            <w:tcW w:w="3096" w:type="dxa"/>
            <w:shd w:val="clear" w:color="auto" w:fill="EEF2F8"/>
            <w:tcMar>
              <w:top w:w="110" w:type="dxa"/>
              <w:left w:w="120" w:type="dxa"/>
              <w:bottom w:w="110" w:type="dxa"/>
              <w:right w:w="120" w:type="dxa"/>
            </w:tcMar>
            <w:vAlign w:val="center"/>
          </w:tcPr>
          <w:p w14:paraId="3EE6066A" w14:textId="77777777" w:rsidR="00CD1C71" w:rsidRDefault="007B192B">
            <w:r>
              <w:rPr>
                <w:b/>
                <w:color w:val="0D1B44"/>
                <w:sz w:val="19"/>
              </w:rPr>
              <w:lastRenderedPageBreak/>
              <w:t>Account Name</w:t>
            </w:r>
          </w:p>
        </w:tc>
        <w:tc>
          <w:tcPr>
            <w:tcW w:w="6552" w:type="dxa"/>
            <w:tcMar>
              <w:top w:w="110" w:type="dxa"/>
              <w:left w:w="120" w:type="dxa"/>
              <w:bottom w:w="110" w:type="dxa"/>
              <w:right w:w="120" w:type="dxa"/>
            </w:tcMar>
            <w:vAlign w:val="center"/>
          </w:tcPr>
          <w:p w14:paraId="1990DF09" w14:textId="77777777" w:rsidR="00CD1C71" w:rsidRDefault="007B192B">
            <w:r>
              <w:rPr>
                <w:color w:val="000000"/>
                <w:sz w:val="19"/>
              </w:rPr>
              <w:t xml:space="preserve"> </w:t>
            </w:r>
          </w:p>
        </w:tc>
      </w:tr>
      <w:tr w:rsidR="00CD1C71" w14:paraId="34AE67B7" w14:textId="77777777">
        <w:trPr>
          <w:jc w:val="center"/>
        </w:trPr>
        <w:tc>
          <w:tcPr>
            <w:tcW w:w="3096" w:type="dxa"/>
            <w:shd w:val="clear" w:color="auto" w:fill="EEF2F8"/>
            <w:tcMar>
              <w:top w:w="110" w:type="dxa"/>
              <w:left w:w="120" w:type="dxa"/>
              <w:bottom w:w="110" w:type="dxa"/>
              <w:right w:w="120" w:type="dxa"/>
            </w:tcMar>
            <w:vAlign w:val="center"/>
          </w:tcPr>
          <w:p w14:paraId="6F7ECC43" w14:textId="77777777" w:rsidR="00CD1C71" w:rsidRDefault="007B192B">
            <w:r>
              <w:rPr>
                <w:b/>
                <w:color w:val="0D1B44"/>
                <w:sz w:val="19"/>
              </w:rPr>
              <w:t>Routing Number</w:t>
            </w:r>
          </w:p>
        </w:tc>
        <w:tc>
          <w:tcPr>
            <w:tcW w:w="6552" w:type="dxa"/>
            <w:tcMar>
              <w:top w:w="110" w:type="dxa"/>
              <w:left w:w="120" w:type="dxa"/>
              <w:bottom w:w="110" w:type="dxa"/>
              <w:right w:w="120" w:type="dxa"/>
            </w:tcMar>
            <w:vAlign w:val="center"/>
          </w:tcPr>
          <w:p w14:paraId="6E6F08B8" w14:textId="77777777" w:rsidR="00CD1C71" w:rsidRDefault="007B192B">
            <w:r>
              <w:rPr>
                <w:color w:val="000000"/>
                <w:sz w:val="19"/>
              </w:rPr>
              <w:t xml:space="preserve"> </w:t>
            </w:r>
          </w:p>
        </w:tc>
      </w:tr>
      <w:tr w:rsidR="00CD1C71" w14:paraId="43F89869" w14:textId="77777777">
        <w:trPr>
          <w:jc w:val="center"/>
        </w:trPr>
        <w:tc>
          <w:tcPr>
            <w:tcW w:w="3096" w:type="dxa"/>
            <w:shd w:val="clear" w:color="auto" w:fill="EEF2F8"/>
            <w:tcMar>
              <w:top w:w="110" w:type="dxa"/>
              <w:left w:w="120" w:type="dxa"/>
              <w:bottom w:w="110" w:type="dxa"/>
              <w:right w:w="120" w:type="dxa"/>
            </w:tcMar>
            <w:vAlign w:val="center"/>
          </w:tcPr>
          <w:p w14:paraId="21CDAE79" w14:textId="77777777" w:rsidR="00CD1C71" w:rsidRDefault="007B192B">
            <w:r>
              <w:rPr>
                <w:b/>
                <w:color w:val="0D1B44"/>
                <w:sz w:val="19"/>
              </w:rPr>
              <w:t>Account Number</w:t>
            </w:r>
          </w:p>
        </w:tc>
        <w:tc>
          <w:tcPr>
            <w:tcW w:w="6552" w:type="dxa"/>
            <w:tcMar>
              <w:top w:w="110" w:type="dxa"/>
              <w:left w:w="120" w:type="dxa"/>
              <w:bottom w:w="110" w:type="dxa"/>
              <w:right w:w="120" w:type="dxa"/>
            </w:tcMar>
            <w:vAlign w:val="center"/>
          </w:tcPr>
          <w:p w14:paraId="6AAB2D5F" w14:textId="77777777" w:rsidR="00CD1C71" w:rsidRDefault="007B192B">
            <w:r>
              <w:rPr>
                <w:color w:val="000000"/>
                <w:sz w:val="19"/>
              </w:rPr>
              <w:t xml:space="preserve"> </w:t>
            </w:r>
          </w:p>
        </w:tc>
      </w:tr>
      <w:tr w:rsidR="00CD1C71" w14:paraId="4F8F6779" w14:textId="77777777">
        <w:trPr>
          <w:jc w:val="center"/>
        </w:trPr>
        <w:tc>
          <w:tcPr>
            <w:tcW w:w="3096" w:type="dxa"/>
            <w:shd w:val="clear" w:color="auto" w:fill="EEF2F8"/>
            <w:tcMar>
              <w:top w:w="110" w:type="dxa"/>
              <w:left w:w="120" w:type="dxa"/>
              <w:bottom w:w="110" w:type="dxa"/>
              <w:right w:w="120" w:type="dxa"/>
            </w:tcMar>
            <w:vAlign w:val="center"/>
          </w:tcPr>
          <w:p w14:paraId="32FBDA7F" w14:textId="77777777" w:rsidR="00CD1C71" w:rsidRDefault="007B192B">
            <w:r>
              <w:rPr>
                <w:b/>
                <w:color w:val="0D1B44"/>
                <w:sz w:val="19"/>
              </w:rPr>
              <w:t>Account Type</w:t>
            </w:r>
          </w:p>
        </w:tc>
        <w:tc>
          <w:tcPr>
            <w:tcW w:w="6552" w:type="dxa"/>
            <w:tcMar>
              <w:top w:w="110" w:type="dxa"/>
              <w:left w:w="120" w:type="dxa"/>
              <w:bottom w:w="110" w:type="dxa"/>
              <w:right w:w="120" w:type="dxa"/>
            </w:tcMar>
            <w:vAlign w:val="center"/>
          </w:tcPr>
          <w:p w14:paraId="02FA18A0" w14:textId="77777777" w:rsidR="00CD1C71" w:rsidRDefault="007B192B">
            <w:r>
              <w:rPr>
                <w:color w:val="000000"/>
                <w:sz w:val="19"/>
              </w:rPr>
              <w:t>☐</w:t>
            </w:r>
            <w:r>
              <w:rPr>
                <w:color w:val="000000"/>
                <w:sz w:val="19"/>
              </w:rPr>
              <w:t xml:space="preserve"> Checking    ☐ Savings</w:t>
            </w:r>
          </w:p>
        </w:tc>
      </w:tr>
    </w:tbl>
    <w:p w14:paraId="4B817363" w14:textId="77777777" w:rsidR="00CD1C71" w:rsidRDefault="00CD1C71">
      <w:pPr>
        <w:spacing w:after="20"/>
      </w:pPr>
    </w:p>
    <w:p w14:paraId="4034730F" w14:textId="77777777" w:rsidR="00CD1C71" w:rsidRDefault="007B192B">
      <w:pPr>
        <w:pStyle w:val="BodyText"/>
      </w:pPr>
      <w:r>
        <w:rPr>
          <w:color w:val="000000"/>
          <w:sz w:val="19"/>
        </w:rPr>
        <w:t>By signing below, the carrier authorizes Gloss Logistics LLC to initiate electronic credits to the account listed above and, if necessary, electronic debits solely to correct an erroneous credit. This authorization remains effective until written notice of cancellation is received and processed.</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1AAD3C16" w14:textId="77777777">
        <w:trPr>
          <w:tblHeader/>
          <w:jc w:val="center"/>
        </w:trPr>
        <w:tc>
          <w:tcPr>
            <w:tcW w:w="10166" w:type="dxa"/>
            <w:gridSpan w:val="2"/>
            <w:shd w:val="clear" w:color="auto" w:fill="0D1B44"/>
          </w:tcPr>
          <w:p w14:paraId="372ED4FA" w14:textId="77777777" w:rsidR="00CD1C71" w:rsidRDefault="007B192B">
            <w:r>
              <w:rPr>
                <w:b/>
                <w:color w:val="FFFFFF"/>
              </w:rPr>
              <w:t>ACH Authorization</w:t>
            </w:r>
          </w:p>
        </w:tc>
      </w:tr>
      <w:tr w:rsidR="00CD1C71" w14:paraId="3F382865" w14:textId="77777777">
        <w:trPr>
          <w:jc w:val="center"/>
        </w:trPr>
        <w:tc>
          <w:tcPr>
            <w:tcW w:w="3096" w:type="dxa"/>
            <w:shd w:val="clear" w:color="auto" w:fill="EEF2F8"/>
            <w:tcMar>
              <w:top w:w="110" w:type="dxa"/>
              <w:left w:w="120" w:type="dxa"/>
              <w:bottom w:w="110" w:type="dxa"/>
              <w:right w:w="120" w:type="dxa"/>
            </w:tcMar>
            <w:vAlign w:val="center"/>
          </w:tcPr>
          <w:p w14:paraId="02E6D37D" w14:textId="77777777" w:rsidR="00CD1C71" w:rsidRDefault="007B192B">
            <w:r>
              <w:rPr>
                <w:b/>
                <w:color w:val="0D1B44"/>
                <w:sz w:val="19"/>
              </w:rPr>
              <w:t>Authorized Representative</w:t>
            </w:r>
          </w:p>
        </w:tc>
        <w:tc>
          <w:tcPr>
            <w:tcW w:w="6552" w:type="dxa"/>
            <w:tcMar>
              <w:top w:w="110" w:type="dxa"/>
              <w:left w:w="120" w:type="dxa"/>
              <w:bottom w:w="110" w:type="dxa"/>
              <w:right w:w="120" w:type="dxa"/>
            </w:tcMar>
            <w:vAlign w:val="center"/>
          </w:tcPr>
          <w:p w14:paraId="6C4C1E6D" w14:textId="77777777" w:rsidR="00CD1C71" w:rsidRDefault="007B192B">
            <w:r>
              <w:rPr>
                <w:color w:val="000000"/>
                <w:sz w:val="19"/>
              </w:rPr>
              <w:t xml:space="preserve"> </w:t>
            </w:r>
          </w:p>
        </w:tc>
      </w:tr>
      <w:tr w:rsidR="00CD1C71" w14:paraId="3D77D06A" w14:textId="77777777">
        <w:trPr>
          <w:jc w:val="center"/>
        </w:trPr>
        <w:tc>
          <w:tcPr>
            <w:tcW w:w="3096" w:type="dxa"/>
            <w:shd w:val="clear" w:color="auto" w:fill="EEF2F8"/>
            <w:tcMar>
              <w:top w:w="110" w:type="dxa"/>
              <w:left w:w="120" w:type="dxa"/>
              <w:bottom w:w="110" w:type="dxa"/>
              <w:right w:w="120" w:type="dxa"/>
            </w:tcMar>
            <w:vAlign w:val="center"/>
          </w:tcPr>
          <w:p w14:paraId="687291B7" w14:textId="77777777" w:rsidR="00CD1C71" w:rsidRDefault="007B192B">
            <w:r>
              <w:rPr>
                <w:b/>
                <w:color w:val="0D1B44"/>
                <w:sz w:val="19"/>
              </w:rPr>
              <w:t>Title</w:t>
            </w:r>
          </w:p>
        </w:tc>
        <w:tc>
          <w:tcPr>
            <w:tcW w:w="6552" w:type="dxa"/>
            <w:tcMar>
              <w:top w:w="110" w:type="dxa"/>
              <w:left w:w="120" w:type="dxa"/>
              <w:bottom w:w="110" w:type="dxa"/>
              <w:right w:w="120" w:type="dxa"/>
            </w:tcMar>
            <w:vAlign w:val="center"/>
          </w:tcPr>
          <w:p w14:paraId="0E4D1052" w14:textId="77777777" w:rsidR="00CD1C71" w:rsidRDefault="007B192B">
            <w:r>
              <w:rPr>
                <w:color w:val="000000"/>
                <w:sz w:val="19"/>
              </w:rPr>
              <w:t xml:space="preserve"> </w:t>
            </w:r>
          </w:p>
        </w:tc>
      </w:tr>
      <w:tr w:rsidR="00CD1C71" w14:paraId="0B728673" w14:textId="77777777">
        <w:trPr>
          <w:jc w:val="center"/>
        </w:trPr>
        <w:tc>
          <w:tcPr>
            <w:tcW w:w="3096" w:type="dxa"/>
            <w:shd w:val="clear" w:color="auto" w:fill="EEF2F8"/>
            <w:tcMar>
              <w:top w:w="110" w:type="dxa"/>
              <w:left w:w="120" w:type="dxa"/>
              <w:bottom w:w="110" w:type="dxa"/>
              <w:right w:w="120" w:type="dxa"/>
            </w:tcMar>
            <w:vAlign w:val="center"/>
          </w:tcPr>
          <w:p w14:paraId="388335F2" w14:textId="77777777" w:rsidR="00CD1C71" w:rsidRDefault="007B192B">
            <w:r>
              <w:rPr>
                <w:b/>
                <w:color w:val="0D1B44"/>
                <w:sz w:val="19"/>
              </w:rPr>
              <w:t>Signature</w:t>
            </w:r>
          </w:p>
        </w:tc>
        <w:tc>
          <w:tcPr>
            <w:tcW w:w="6552" w:type="dxa"/>
            <w:tcMar>
              <w:top w:w="110" w:type="dxa"/>
              <w:left w:w="120" w:type="dxa"/>
              <w:bottom w:w="110" w:type="dxa"/>
              <w:right w:w="120" w:type="dxa"/>
            </w:tcMar>
            <w:vAlign w:val="center"/>
          </w:tcPr>
          <w:p w14:paraId="1CB94AAD" w14:textId="77777777" w:rsidR="00CD1C71" w:rsidRDefault="007B192B">
            <w:r>
              <w:rPr>
                <w:color w:val="000000"/>
                <w:sz w:val="19"/>
              </w:rPr>
              <w:t xml:space="preserve"> </w:t>
            </w:r>
          </w:p>
        </w:tc>
      </w:tr>
      <w:tr w:rsidR="00CD1C71" w14:paraId="0908DA61" w14:textId="77777777">
        <w:trPr>
          <w:jc w:val="center"/>
        </w:trPr>
        <w:tc>
          <w:tcPr>
            <w:tcW w:w="3096" w:type="dxa"/>
            <w:shd w:val="clear" w:color="auto" w:fill="EEF2F8"/>
            <w:tcMar>
              <w:top w:w="110" w:type="dxa"/>
              <w:left w:w="120" w:type="dxa"/>
              <w:bottom w:w="110" w:type="dxa"/>
              <w:right w:w="120" w:type="dxa"/>
            </w:tcMar>
            <w:vAlign w:val="center"/>
          </w:tcPr>
          <w:p w14:paraId="439C94B6" w14:textId="77777777" w:rsidR="00CD1C71" w:rsidRDefault="007B192B">
            <w:r>
              <w:rPr>
                <w:b/>
                <w:color w:val="0D1B44"/>
                <w:sz w:val="19"/>
              </w:rPr>
              <w:t>Date</w:t>
            </w:r>
          </w:p>
        </w:tc>
        <w:tc>
          <w:tcPr>
            <w:tcW w:w="6552" w:type="dxa"/>
            <w:tcMar>
              <w:top w:w="110" w:type="dxa"/>
              <w:left w:w="120" w:type="dxa"/>
              <w:bottom w:w="110" w:type="dxa"/>
              <w:right w:w="120" w:type="dxa"/>
            </w:tcMar>
            <w:vAlign w:val="center"/>
          </w:tcPr>
          <w:p w14:paraId="6901E707" w14:textId="77777777" w:rsidR="00CD1C71" w:rsidRDefault="007B192B">
            <w:r>
              <w:rPr>
                <w:color w:val="000000"/>
                <w:sz w:val="19"/>
              </w:rPr>
              <w:t xml:space="preserve"> </w:t>
            </w:r>
          </w:p>
        </w:tc>
      </w:tr>
    </w:tbl>
    <w:p w14:paraId="33AE5EC1" w14:textId="77777777" w:rsidR="00CD1C71" w:rsidRDefault="00CD1C71">
      <w:pPr>
        <w:spacing w:after="20"/>
      </w:pPr>
    </w:p>
    <w:p w14:paraId="4375EFB3" w14:textId="77777777" w:rsidR="00CD1C71" w:rsidRDefault="007B192B">
      <w:pPr>
        <w:pStyle w:val="Title"/>
        <w:pageBreakBefore/>
        <w:spacing w:after="80"/>
      </w:pPr>
      <w:r>
        <w:rPr>
          <w:rFonts w:ascii="Aptos" w:hAnsi="Aptos"/>
          <w:b/>
          <w:color w:val="000000"/>
          <w:sz w:val="48"/>
        </w:rPr>
        <w:lastRenderedPageBreak/>
        <w:t>Final Submission Review</w:t>
      </w:r>
    </w:p>
    <w:p w14:paraId="1E797AD9" w14:textId="77777777" w:rsidR="00CD1C71" w:rsidRDefault="007B192B">
      <w:pPr>
        <w:spacing w:after="260"/>
      </w:pPr>
      <w:r>
        <w:rPr>
          <w:color w:val="5B6573"/>
          <w:sz w:val="21"/>
        </w:rPr>
        <w:t>Use this checklist before returning the packet.</w:t>
      </w:r>
    </w:p>
    <w:p w14:paraId="356AA1FC" w14:textId="77777777" w:rsidR="00CD1C71" w:rsidRDefault="007B192B">
      <w:pPr>
        <w:pStyle w:val="BodyText"/>
        <w:spacing w:after="100"/>
        <w:ind w:left="173"/>
      </w:pPr>
      <w:r>
        <w:rPr>
          <w:color w:val="0D1B44"/>
          <w:sz w:val="22"/>
        </w:rPr>
        <w:t>☐</w:t>
      </w:r>
      <w:r>
        <w:rPr>
          <w:color w:val="0D1B44"/>
          <w:sz w:val="22"/>
        </w:rPr>
        <w:t xml:space="preserve">  </w:t>
      </w:r>
      <w:r>
        <w:rPr>
          <w:color w:val="000000"/>
        </w:rPr>
        <w:t>Carrier Profile completed</w:t>
      </w:r>
    </w:p>
    <w:p w14:paraId="56D52181" w14:textId="77777777" w:rsidR="00CD1C71" w:rsidRDefault="007B192B">
      <w:pPr>
        <w:pStyle w:val="BodyText"/>
        <w:spacing w:after="100"/>
        <w:ind w:left="173"/>
      </w:pPr>
      <w:r>
        <w:rPr>
          <w:color w:val="0D1B44"/>
          <w:sz w:val="22"/>
        </w:rPr>
        <w:t>☐</w:t>
      </w:r>
      <w:r>
        <w:rPr>
          <w:color w:val="0D1B44"/>
          <w:sz w:val="22"/>
        </w:rPr>
        <w:t xml:space="preserve">  </w:t>
      </w:r>
      <w:r>
        <w:rPr>
          <w:color w:val="000000"/>
        </w:rPr>
        <w:t>Safety and Compliance Certification signed</w:t>
      </w:r>
    </w:p>
    <w:p w14:paraId="49732D5A" w14:textId="77777777" w:rsidR="00CD1C71" w:rsidRDefault="007B192B">
      <w:pPr>
        <w:pStyle w:val="BodyText"/>
        <w:spacing w:after="100"/>
        <w:ind w:left="173"/>
      </w:pPr>
      <w:r>
        <w:rPr>
          <w:color w:val="0D1B44"/>
          <w:sz w:val="22"/>
        </w:rPr>
        <w:t>☐</w:t>
      </w:r>
      <w:r>
        <w:rPr>
          <w:color w:val="0D1B44"/>
          <w:sz w:val="22"/>
        </w:rPr>
        <w:t xml:space="preserve">  </w:t>
      </w:r>
      <w:r>
        <w:rPr>
          <w:color w:val="000000"/>
        </w:rPr>
        <w:t>Payment preference selected</w:t>
      </w:r>
    </w:p>
    <w:p w14:paraId="629FA737" w14:textId="77777777" w:rsidR="00CD1C71" w:rsidRDefault="007B192B">
      <w:pPr>
        <w:pStyle w:val="BodyText"/>
        <w:spacing w:after="100"/>
        <w:ind w:left="173"/>
      </w:pPr>
      <w:r>
        <w:rPr>
          <w:color w:val="0D1B44"/>
          <w:sz w:val="22"/>
        </w:rPr>
        <w:t>☐</w:t>
      </w:r>
      <w:r>
        <w:rPr>
          <w:color w:val="0D1B44"/>
          <w:sz w:val="22"/>
        </w:rPr>
        <w:t xml:space="preserve">  </w:t>
      </w:r>
      <w:r>
        <w:rPr>
          <w:color w:val="000000"/>
        </w:rPr>
        <w:t>ACH Authorization completed, if applicable</w:t>
      </w:r>
    </w:p>
    <w:p w14:paraId="21DEDACC" w14:textId="77777777" w:rsidR="00CD1C71" w:rsidRDefault="007B192B">
      <w:pPr>
        <w:pStyle w:val="BodyText"/>
        <w:spacing w:after="100"/>
        <w:ind w:left="173"/>
      </w:pPr>
      <w:r>
        <w:rPr>
          <w:color w:val="0D1B44"/>
          <w:sz w:val="22"/>
        </w:rPr>
        <w:t>☐</w:t>
      </w:r>
      <w:r>
        <w:rPr>
          <w:color w:val="0D1B44"/>
          <w:sz w:val="22"/>
        </w:rPr>
        <w:t xml:space="preserve">  </w:t>
      </w:r>
      <w:r>
        <w:rPr>
          <w:color w:val="000000"/>
        </w:rPr>
        <w:t>Form W-9 attached</w:t>
      </w:r>
    </w:p>
    <w:p w14:paraId="7D7C9A93" w14:textId="77777777" w:rsidR="00CD1C71" w:rsidRDefault="007B192B">
      <w:pPr>
        <w:pStyle w:val="BodyText"/>
        <w:spacing w:after="100"/>
        <w:ind w:left="173"/>
      </w:pPr>
      <w:r>
        <w:rPr>
          <w:color w:val="0D1B44"/>
          <w:sz w:val="22"/>
        </w:rPr>
        <w:t>☐</w:t>
      </w:r>
      <w:r>
        <w:rPr>
          <w:color w:val="0D1B44"/>
          <w:sz w:val="22"/>
        </w:rPr>
        <w:t xml:space="preserve">  </w:t>
      </w:r>
      <w:r>
        <w:rPr>
          <w:color w:val="000000"/>
        </w:rPr>
        <w:t>Certificate of Insurance attached</w:t>
      </w:r>
    </w:p>
    <w:p w14:paraId="3042EAC5" w14:textId="77777777" w:rsidR="00CD1C71" w:rsidRDefault="007B192B">
      <w:pPr>
        <w:pStyle w:val="BodyText"/>
        <w:spacing w:after="100"/>
        <w:ind w:left="173"/>
      </w:pPr>
      <w:r>
        <w:rPr>
          <w:color w:val="0D1B44"/>
          <w:sz w:val="22"/>
        </w:rPr>
        <w:t>☐</w:t>
      </w:r>
      <w:r>
        <w:rPr>
          <w:color w:val="0D1B44"/>
          <w:sz w:val="22"/>
        </w:rPr>
        <w:t xml:space="preserve">  </w:t>
      </w:r>
      <w:r>
        <w:rPr>
          <w:color w:val="000000"/>
        </w:rPr>
        <w:t>Broker-Carrier Agreement signed and attached</w:t>
      </w:r>
    </w:p>
    <w:p w14:paraId="12355AAA" w14:textId="77777777" w:rsidR="00CD1C71" w:rsidRDefault="007B192B">
      <w:pPr>
        <w:pStyle w:val="BodyText"/>
        <w:spacing w:after="100"/>
        <w:ind w:left="173"/>
      </w:pPr>
      <w:r>
        <w:rPr>
          <w:color w:val="0D1B44"/>
          <w:sz w:val="22"/>
        </w:rPr>
        <w:t>☐</w:t>
      </w:r>
      <w:r>
        <w:rPr>
          <w:color w:val="0D1B44"/>
          <w:sz w:val="22"/>
        </w:rPr>
        <w:t xml:space="preserve">  </w:t>
      </w:r>
      <w:r>
        <w:rPr>
          <w:color w:val="000000"/>
        </w:rPr>
        <w:t>Factoring notice or Notice of Assignment attached, if applicable</w:t>
      </w:r>
    </w:p>
    <w:p w14:paraId="23E3F018" w14:textId="77777777" w:rsidR="00CD1C71" w:rsidRDefault="007B192B">
      <w:pPr>
        <w:pStyle w:val="BodyText"/>
        <w:spacing w:after="100"/>
        <w:ind w:left="173"/>
      </w:pPr>
      <w:r>
        <w:rPr>
          <w:color w:val="0D1B44"/>
          <w:sz w:val="22"/>
        </w:rPr>
        <w:t>☐</w:t>
      </w:r>
      <w:r>
        <w:rPr>
          <w:color w:val="0D1B44"/>
          <w:sz w:val="22"/>
        </w:rPr>
        <w:t xml:space="preserve">  </w:t>
      </w:r>
      <w:r>
        <w:rPr>
          <w:color w:val="000000"/>
        </w:rPr>
        <w:t>Voided check or bank letter included through the approved secure method, if applicable</w:t>
      </w:r>
    </w:p>
    <w:p w14:paraId="7A7E955E" w14:textId="77777777" w:rsidR="00CD1C71" w:rsidRDefault="007B192B">
      <w:pPr>
        <w:pStyle w:val="Heading1"/>
        <w:spacing w:before="180" w:after="100"/>
      </w:pPr>
      <w:r>
        <w:rPr>
          <w:rFonts w:ascii="Aptos" w:hAnsi="Aptos"/>
          <w:color w:val="000000"/>
          <w:sz w:val="30"/>
        </w:rPr>
        <w:t>Carrier Acknowledgment</w:t>
      </w:r>
    </w:p>
    <w:p w14:paraId="65353061" w14:textId="77777777" w:rsidR="00CD1C71" w:rsidRDefault="007B192B">
      <w:pPr>
        <w:pStyle w:val="BodyText"/>
      </w:pPr>
      <w:r>
        <w:rPr>
          <w:color w:val="000000"/>
        </w:rPr>
        <w:t>The undersigned confirms that the packet is complete and authorizes Gloss Logistics LLC to verify the information supplied, including authority, insurance, safety, tax, payment, and ownership information. Carrier agrees that approval may be withheld or withdrawn if information is incomplete, inaccurate, expired, or inconsistent with public or third-party verification sources.</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1511BC73" w14:textId="77777777">
        <w:trPr>
          <w:tblHeader/>
          <w:jc w:val="center"/>
        </w:trPr>
        <w:tc>
          <w:tcPr>
            <w:tcW w:w="10166" w:type="dxa"/>
            <w:gridSpan w:val="2"/>
            <w:shd w:val="clear" w:color="auto" w:fill="0D1B44"/>
          </w:tcPr>
          <w:p w14:paraId="448DF58B" w14:textId="77777777" w:rsidR="00CD1C71" w:rsidRDefault="007B192B">
            <w:r>
              <w:rPr>
                <w:b/>
                <w:color w:val="FFFFFF"/>
              </w:rPr>
              <w:t>Acknowledgment</w:t>
            </w:r>
          </w:p>
        </w:tc>
      </w:tr>
      <w:tr w:rsidR="00CD1C71" w14:paraId="5D8DABC3" w14:textId="77777777">
        <w:trPr>
          <w:jc w:val="center"/>
        </w:trPr>
        <w:tc>
          <w:tcPr>
            <w:tcW w:w="3096" w:type="dxa"/>
            <w:shd w:val="clear" w:color="auto" w:fill="EEF2F8"/>
            <w:tcMar>
              <w:top w:w="110" w:type="dxa"/>
              <w:left w:w="120" w:type="dxa"/>
              <w:bottom w:w="110" w:type="dxa"/>
              <w:right w:w="120" w:type="dxa"/>
            </w:tcMar>
            <w:vAlign w:val="center"/>
          </w:tcPr>
          <w:p w14:paraId="64775148" w14:textId="77777777" w:rsidR="00CD1C71" w:rsidRDefault="007B192B">
            <w:r>
              <w:rPr>
                <w:b/>
                <w:color w:val="0D1B44"/>
                <w:sz w:val="19"/>
              </w:rPr>
              <w:t>Carrier Legal Name</w:t>
            </w:r>
          </w:p>
        </w:tc>
        <w:tc>
          <w:tcPr>
            <w:tcW w:w="6552" w:type="dxa"/>
            <w:tcMar>
              <w:top w:w="110" w:type="dxa"/>
              <w:left w:w="120" w:type="dxa"/>
              <w:bottom w:w="110" w:type="dxa"/>
              <w:right w:w="120" w:type="dxa"/>
            </w:tcMar>
            <w:vAlign w:val="center"/>
          </w:tcPr>
          <w:p w14:paraId="50761843" w14:textId="77777777" w:rsidR="00CD1C71" w:rsidRDefault="007B192B">
            <w:r>
              <w:rPr>
                <w:color w:val="000000"/>
                <w:sz w:val="19"/>
              </w:rPr>
              <w:t xml:space="preserve"> </w:t>
            </w:r>
          </w:p>
        </w:tc>
      </w:tr>
      <w:tr w:rsidR="00CD1C71" w14:paraId="5BE062AC" w14:textId="77777777">
        <w:trPr>
          <w:jc w:val="center"/>
        </w:trPr>
        <w:tc>
          <w:tcPr>
            <w:tcW w:w="3096" w:type="dxa"/>
            <w:shd w:val="clear" w:color="auto" w:fill="EEF2F8"/>
            <w:tcMar>
              <w:top w:w="110" w:type="dxa"/>
              <w:left w:w="120" w:type="dxa"/>
              <w:bottom w:w="110" w:type="dxa"/>
              <w:right w:w="120" w:type="dxa"/>
            </w:tcMar>
            <w:vAlign w:val="center"/>
          </w:tcPr>
          <w:p w14:paraId="1F03477C" w14:textId="77777777" w:rsidR="00CD1C71" w:rsidRDefault="007B192B">
            <w:r>
              <w:rPr>
                <w:b/>
                <w:color w:val="0D1B44"/>
                <w:sz w:val="19"/>
              </w:rPr>
              <w:t>Authorized Representative</w:t>
            </w:r>
          </w:p>
        </w:tc>
        <w:tc>
          <w:tcPr>
            <w:tcW w:w="6552" w:type="dxa"/>
            <w:tcMar>
              <w:top w:w="110" w:type="dxa"/>
              <w:left w:w="120" w:type="dxa"/>
              <w:bottom w:w="110" w:type="dxa"/>
              <w:right w:w="120" w:type="dxa"/>
            </w:tcMar>
            <w:vAlign w:val="center"/>
          </w:tcPr>
          <w:p w14:paraId="5BDA2C3F" w14:textId="77777777" w:rsidR="00CD1C71" w:rsidRDefault="007B192B">
            <w:r>
              <w:rPr>
                <w:color w:val="000000"/>
                <w:sz w:val="19"/>
              </w:rPr>
              <w:t xml:space="preserve"> </w:t>
            </w:r>
          </w:p>
        </w:tc>
      </w:tr>
      <w:tr w:rsidR="00CD1C71" w14:paraId="2A4EC8DE" w14:textId="77777777">
        <w:trPr>
          <w:jc w:val="center"/>
        </w:trPr>
        <w:tc>
          <w:tcPr>
            <w:tcW w:w="3096" w:type="dxa"/>
            <w:shd w:val="clear" w:color="auto" w:fill="EEF2F8"/>
            <w:tcMar>
              <w:top w:w="110" w:type="dxa"/>
              <w:left w:w="120" w:type="dxa"/>
              <w:bottom w:w="110" w:type="dxa"/>
              <w:right w:w="120" w:type="dxa"/>
            </w:tcMar>
            <w:vAlign w:val="center"/>
          </w:tcPr>
          <w:p w14:paraId="4A364F01" w14:textId="77777777" w:rsidR="00CD1C71" w:rsidRDefault="007B192B">
            <w:r>
              <w:rPr>
                <w:b/>
                <w:color w:val="0D1B44"/>
                <w:sz w:val="19"/>
              </w:rPr>
              <w:t>Title</w:t>
            </w:r>
          </w:p>
        </w:tc>
        <w:tc>
          <w:tcPr>
            <w:tcW w:w="6552" w:type="dxa"/>
            <w:tcMar>
              <w:top w:w="110" w:type="dxa"/>
              <w:left w:w="120" w:type="dxa"/>
              <w:bottom w:w="110" w:type="dxa"/>
              <w:right w:w="120" w:type="dxa"/>
            </w:tcMar>
            <w:vAlign w:val="center"/>
          </w:tcPr>
          <w:p w14:paraId="2081B022" w14:textId="77777777" w:rsidR="00CD1C71" w:rsidRDefault="007B192B">
            <w:r>
              <w:rPr>
                <w:color w:val="000000"/>
                <w:sz w:val="19"/>
              </w:rPr>
              <w:t xml:space="preserve"> </w:t>
            </w:r>
          </w:p>
        </w:tc>
      </w:tr>
      <w:tr w:rsidR="00CD1C71" w14:paraId="2A0F0A06" w14:textId="77777777">
        <w:trPr>
          <w:jc w:val="center"/>
        </w:trPr>
        <w:tc>
          <w:tcPr>
            <w:tcW w:w="3096" w:type="dxa"/>
            <w:shd w:val="clear" w:color="auto" w:fill="EEF2F8"/>
            <w:tcMar>
              <w:top w:w="110" w:type="dxa"/>
              <w:left w:w="120" w:type="dxa"/>
              <w:bottom w:w="110" w:type="dxa"/>
              <w:right w:w="120" w:type="dxa"/>
            </w:tcMar>
            <w:vAlign w:val="center"/>
          </w:tcPr>
          <w:p w14:paraId="2B7CAF30" w14:textId="77777777" w:rsidR="00CD1C71" w:rsidRDefault="007B192B">
            <w:r>
              <w:rPr>
                <w:b/>
                <w:color w:val="0D1B44"/>
                <w:sz w:val="19"/>
              </w:rPr>
              <w:t>Signature</w:t>
            </w:r>
          </w:p>
        </w:tc>
        <w:tc>
          <w:tcPr>
            <w:tcW w:w="6552" w:type="dxa"/>
            <w:tcMar>
              <w:top w:w="110" w:type="dxa"/>
              <w:left w:w="120" w:type="dxa"/>
              <w:bottom w:w="110" w:type="dxa"/>
              <w:right w:w="120" w:type="dxa"/>
            </w:tcMar>
            <w:vAlign w:val="center"/>
          </w:tcPr>
          <w:p w14:paraId="6959834D" w14:textId="77777777" w:rsidR="00CD1C71" w:rsidRDefault="007B192B">
            <w:r>
              <w:rPr>
                <w:color w:val="000000"/>
                <w:sz w:val="19"/>
              </w:rPr>
              <w:t xml:space="preserve"> </w:t>
            </w:r>
          </w:p>
        </w:tc>
      </w:tr>
      <w:tr w:rsidR="00CD1C71" w14:paraId="735E3AD2" w14:textId="77777777">
        <w:trPr>
          <w:jc w:val="center"/>
        </w:trPr>
        <w:tc>
          <w:tcPr>
            <w:tcW w:w="3096" w:type="dxa"/>
            <w:shd w:val="clear" w:color="auto" w:fill="EEF2F8"/>
            <w:tcMar>
              <w:top w:w="110" w:type="dxa"/>
              <w:left w:w="120" w:type="dxa"/>
              <w:bottom w:w="110" w:type="dxa"/>
              <w:right w:w="120" w:type="dxa"/>
            </w:tcMar>
            <w:vAlign w:val="center"/>
          </w:tcPr>
          <w:p w14:paraId="1E0054FC" w14:textId="77777777" w:rsidR="00CD1C71" w:rsidRDefault="007B192B">
            <w:r>
              <w:rPr>
                <w:b/>
                <w:color w:val="0D1B44"/>
                <w:sz w:val="19"/>
              </w:rPr>
              <w:t>Date</w:t>
            </w:r>
          </w:p>
        </w:tc>
        <w:tc>
          <w:tcPr>
            <w:tcW w:w="6552" w:type="dxa"/>
            <w:tcMar>
              <w:top w:w="110" w:type="dxa"/>
              <w:left w:w="120" w:type="dxa"/>
              <w:bottom w:w="110" w:type="dxa"/>
              <w:right w:w="120" w:type="dxa"/>
            </w:tcMar>
            <w:vAlign w:val="center"/>
          </w:tcPr>
          <w:p w14:paraId="0DC901FF" w14:textId="77777777" w:rsidR="00CD1C71" w:rsidRDefault="007B192B">
            <w:r>
              <w:rPr>
                <w:color w:val="000000"/>
                <w:sz w:val="19"/>
              </w:rPr>
              <w:t xml:space="preserve"> </w:t>
            </w:r>
          </w:p>
        </w:tc>
      </w:tr>
    </w:tbl>
    <w:p w14:paraId="01038A6C" w14:textId="77777777" w:rsidR="00CD1C71" w:rsidRDefault="00CD1C71">
      <w:pPr>
        <w:spacing w:after="20"/>
      </w:pPr>
    </w:p>
    <w:p w14:paraId="7FE1F5B9" w14:textId="77777777" w:rsidR="00CD1C71" w:rsidRDefault="007B192B">
      <w:pPr>
        <w:pStyle w:val="Heading1"/>
        <w:spacing w:before="180" w:after="100"/>
      </w:pPr>
      <w:r>
        <w:rPr>
          <w:rFonts w:ascii="Aptos" w:hAnsi="Aptos"/>
          <w:color w:val="000000"/>
          <w:sz w:val="30"/>
        </w:rPr>
        <w:t>Gloss Logistics Contact</w:t>
      </w:r>
    </w:p>
    <w:tbl>
      <w:tblPr>
        <w:tblW w:w="0" w:type="auto"/>
        <w:jc w:val="center"/>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Layout w:type="fixed"/>
        <w:tblLook w:val="04A0" w:firstRow="1" w:lastRow="0" w:firstColumn="1" w:lastColumn="0" w:noHBand="0" w:noVBand="1"/>
      </w:tblPr>
      <w:tblGrid>
        <w:gridCol w:w="3096"/>
        <w:gridCol w:w="7070"/>
      </w:tblGrid>
      <w:tr w:rsidR="00CD1C71" w14:paraId="068BEF2F" w14:textId="77777777">
        <w:trPr>
          <w:tblHeader/>
          <w:jc w:val="center"/>
        </w:trPr>
        <w:tc>
          <w:tcPr>
            <w:tcW w:w="10166" w:type="dxa"/>
            <w:gridSpan w:val="2"/>
            <w:shd w:val="clear" w:color="auto" w:fill="0D1B44"/>
          </w:tcPr>
          <w:p w14:paraId="1A9CA5A8" w14:textId="77777777" w:rsidR="00CD1C71" w:rsidRDefault="007B192B">
            <w:r>
              <w:rPr>
                <w:b/>
                <w:color w:val="FFFFFF"/>
              </w:rPr>
              <w:t>Contact Information</w:t>
            </w:r>
          </w:p>
        </w:tc>
      </w:tr>
      <w:tr w:rsidR="00CD1C71" w14:paraId="12C7F370" w14:textId="77777777">
        <w:trPr>
          <w:jc w:val="center"/>
        </w:trPr>
        <w:tc>
          <w:tcPr>
            <w:tcW w:w="3096" w:type="dxa"/>
            <w:shd w:val="clear" w:color="auto" w:fill="EEF2F8"/>
            <w:tcMar>
              <w:top w:w="110" w:type="dxa"/>
              <w:left w:w="120" w:type="dxa"/>
              <w:bottom w:w="110" w:type="dxa"/>
              <w:right w:w="120" w:type="dxa"/>
            </w:tcMar>
            <w:vAlign w:val="center"/>
          </w:tcPr>
          <w:p w14:paraId="416386B0" w14:textId="77777777" w:rsidR="00CD1C71" w:rsidRDefault="007B192B">
            <w:r>
              <w:rPr>
                <w:b/>
                <w:color w:val="0D1B44"/>
                <w:sz w:val="19"/>
              </w:rPr>
              <w:lastRenderedPageBreak/>
              <w:t>Company</w:t>
            </w:r>
          </w:p>
        </w:tc>
        <w:tc>
          <w:tcPr>
            <w:tcW w:w="6552" w:type="dxa"/>
            <w:tcMar>
              <w:top w:w="110" w:type="dxa"/>
              <w:left w:w="120" w:type="dxa"/>
              <w:bottom w:w="110" w:type="dxa"/>
              <w:right w:w="120" w:type="dxa"/>
            </w:tcMar>
            <w:vAlign w:val="center"/>
          </w:tcPr>
          <w:p w14:paraId="2232D2A6" w14:textId="77777777" w:rsidR="00CD1C71" w:rsidRDefault="007B192B">
            <w:r>
              <w:rPr>
                <w:color w:val="000000"/>
                <w:sz w:val="19"/>
              </w:rPr>
              <w:t>Gloss Logistics LLC</w:t>
            </w:r>
          </w:p>
        </w:tc>
      </w:tr>
      <w:tr w:rsidR="00CD1C71" w14:paraId="3E575B1B" w14:textId="77777777">
        <w:trPr>
          <w:jc w:val="center"/>
        </w:trPr>
        <w:tc>
          <w:tcPr>
            <w:tcW w:w="3096" w:type="dxa"/>
            <w:shd w:val="clear" w:color="auto" w:fill="EEF2F8"/>
            <w:tcMar>
              <w:top w:w="110" w:type="dxa"/>
              <w:left w:w="120" w:type="dxa"/>
              <w:bottom w:w="110" w:type="dxa"/>
              <w:right w:w="120" w:type="dxa"/>
            </w:tcMar>
            <w:vAlign w:val="center"/>
          </w:tcPr>
          <w:p w14:paraId="1BD2CDF5" w14:textId="77777777" w:rsidR="00CD1C71" w:rsidRDefault="007B192B">
            <w:r>
              <w:rPr>
                <w:b/>
                <w:color w:val="0D1B44"/>
                <w:sz w:val="19"/>
              </w:rPr>
              <w:t>MC Number</w:t>
            </w:r>
          </w:p>
        </w:tc>
        <w:tc>
          <w:tcPr>
            <w:tcW w:w="6552" w:type="dxa"/>
            <w:tcMar>
              <w:top w:w="110" w:type="dxa"/>
              <w:left w:w="120" w:type="dxa"/>
              <w:bottom w:w="110" w:type="dxa"/>
              <w:right w:w="120" w:type="dxa"/>
            </w:tcMar>
            <w:vAlign w:val="center"/>
          </w:tcPr>
          <w:p w14:paraId="0133E150" w14:textId="77777777" w:rsidR="00CD1C71" w:rsidRDefault="007B192B">
            <w:r>
              <w:rPr>
                <w:color w:val="000000"/>
                <w:sz w:val="19"/>
              </w:rPr>
              <w:t>1819522</w:t>
            </w:r>
          </w:p>
        </w:tc>
      </w:tr>
      <w:tr w:rsidR="00CD1C71" w14:paraId="7296E9A0" w14:textId="77777777">
        <w:trPr>
          <w:jc w:val="center"/>
        </w:trPr>
        <w:tc>
          <w:tcPr>
            <w:tcW w:w="3096" w:type="dxa"/>
            <w:shd w:val="clear" w:color="auto" w:fill="EEF2F8"/>
            <w:tcMar>
              <w:top w:w="110" w:type="dxa"/>
              <w:left w:w="120" w:type="dxa"/>
              <w:bottom w:w="110" w:type="dxa"/>
              <w:right w:w="120" w:type="dxa"/>
            </w:tcMar>
            <w:vAlign w:val="center"/>
          </w:tcPr>
          <w:p w14:paraId="384EF89F" w14:textId="77777777" w:rsidR="00CD1C71" w:rsidRDefault="007B192B">
            <w:r>
              <w:rPr>
                <w:b/>
                <w:color w:val="0D1B44"/>
                <w:sz w:val="19"/>
              </w:rPr>
              <w:t>USDOT Number</w:t>
            </w:r>
          </w:p>
        </w:tc>
        <w:tc>
          <w:tcPr>
            <w:tcW w:w="6552" w:type="dxa"/>
            <w:tcMar>
              <w:top w:w="110" w:type="dxa"/>
              <w:left w:w="120" w:type="dxa"/>
              <w:bottom w:w="110" w:type="dxa"/>
              <w:right w:w="120" w:type="dxa"/>
            </w:tcMar>
            <w:vAlign w:val="center"/>
          </w:tcPr>
          <w:p w14:paraId="48A4BA96" w14:textId="77777777" w:rsidR="00CD1C71" w:rsidRDefault="007B192B">
            <w:r>
              <w:rPr>
                <w:color w:val="000000"/>
                <w:sz w:val="19"/>
              </w:rPr>
              <w:t>4573512</w:t>
            </w:r>
          </w:p>
        </w:tc>
      </w:tr>
      <w:tr w:rsidR="00CD1C71" w14:paraId="5C44ABEC" w14:textId="77777777">
        <w:trPr>
          <w:jc w:val="center"/>
        </w:trPr>
        <w:tc>
          <w:tcPr>
            <w:tcW w:w="3096" w:type="dxa"/>
            <w:shd w:val="clear" w:color="auto" w:fill="EEF2F8"/>
            <w:tcMar>
              <w:top w:w="110" w:type="dxa"/>
              <w:left w:w="120" w:type="dxa"/>
              <w:bottom w:w="110" w:type="dxa"/>
              <w:right w:w="120" w:type="dxa"/>
            </w:tcMar>
            <w:vAlign w:val="center"/>
          </w:tcPr>
          <w:p w14:paraId="228D96DD" w14:textId="77777777" w:rsidR="00CD1C71" w:rsidRDefault="007B192B">
            <w:r>
              <w:rPr>
                <w:b/>
                <w:color w:val="0D1B44"/>
                <w:sz w:val="19"/>
              </w:rPr>
              <w:t>Phone</w:t>
            </w:r>
          </w:p>
        </w:tc>
        <w:tc>
          <w:tcPr>
            <w:tcW w:w="6552" w:type="dxa"/>
            <w:tcMar>
              <w:top w:w="110" w:type="dxa"/>
              <w:left w:w="120" w:type="dxa"/>
              <w:bottom w:w="110" w:type="dxa"/>
              <w:right w:w="120" w:type="dxa"/>
            </w:tcMar>
            <w:vAlign w:val="center"/>
          </w:tcPr>
          <w:p w14:paraId="2CE159F4" w14:textId="77777777" w:rsidR="00CD1C71" w:rsidRDefault="007B192B">
            <w:r>
              <w:rPr>
                <w:color w:val="000000"/>
                <w:sz w:val="19"/>
              </w:rPr>
              <w:t>469-207-8479</w:t>
            </w:r>
          </w:p>
        </w:tc>
      </w:tr>
      <w:tr w:rsidR="00CD1C71" w14:paraId="12B04C15" w14:textId="77777777">
        <w:trPr>
          <w:jc w:val="center"/>
        </w:trPr>
        <w:tc>
          <w:tcPr>
            <w:tcW w:w="3096" w:type="dxa"/>
            <w:shd w:val="clear" w:color="auto" w:fill="EEF2F8"/>
            <w:tcMar>
              <w:top w:w="110" w:type="dxa"/>
              <w:left w:w="120" w:type="dxa"/>
              <w:bottom w:w="110" w:type="dxa"/>
              <w:right w:w="120" w:type="dxa"/>
            </w:tcMar>
            <w:vAlign w:val="center"/>
          </w:tcPr>
          <w:p w14:paraId="5184651C" w14:textId="77777777" w:rsidR="00CD1C71" w:rsidRDefault="007B192B">
            <w:r>
              <w:rPr>
                <w:b/>
                <w:color w:val="0D1B44"/>
                <w:sz w:val="19"/>
              </w:rPr>
              <w:t>General Email</w:t>
            </w:r>
          </w:p>
        </w:tc>
        <w:tc>
          <w:tcPr>
            <w:tcW w:w="6552" w:type="dxa"/>
            <w:tcMar>
              <w:top w:w="110" w:type="dxa"/>
              <w:left w:w="120" w:type="dxa"/>
              <w:bottom w:w="110" w:type="dxa"/>
              <w:right w:w="120" w:type="dxa"/>
            </w:tcMar>
            <w:vAlign w:val="center"/>
          </w:tcPr>
          <w:p w14:paraId="5F27BDFC" w14:textId="77777777" w:rsidR="00CD1C71" w:rsidRDefault="007B192B">
            <w:r>
              <w:rPr>
                <w:color w:val="000000"/>
                <w:sz w:val="19"/>
              </w:rPr>
              <w:t>contact@gloss-logistics.com</w:t>
            </w:r>
          </w:p>
        </w:tc>
      </w:tr>
      <w:tr w:rsidR="00CD1C71" w14:paraId="0CDCC2F3" w14:textId="77777777">
        <w:trPr>
          <w:jc w:val="center"/>
        </w:trPr>
        <w:tc>
          <w:tcPr>
            <w:tcW w:w="3096" w:type="dxa"/>
            <w:shd w:val="clear" w:color="auto" w:fill="EEF2F8"/>
            <w:tcMar>
              <w:top w:w="110" w:type="dxa"/>
              <w:left w:w="120" w:type="dxa"/>
              <w:bottom w:w="110" w:type="dxa"/>
              <w:right w:w="120" w:type="dxa"/>
            </w:tcMar>
            <w:vAlign w:val="center"/>
          </w:tcPr>
          <w:p w14:paraId="10638BD0" w14:textId="77777777" w:rsidR="00CD1C71" w:rsidRDefault="007B192B">
            <w:r>
              <w:rPr>
                <w:b/>
                <w:color w:val="0D1B44"/>
                <w:sz w:val="19"/>
              </w:rPr>
              <w:t>Business Email</w:t>
            </w:r>
          </w:p>
        </w:tc>
        <w:tc>
          <w:tcPr>
            <w:tcW w:w="6552" w:type="dxa"/>
            <w:tcMar>
              <w:top w:w="110" w:type="dxa"/>
              <w:left w:w="120" w:type="dxa"/>
              <w:bottom w:w="110" w:type="dxa"/>
              <w:right w:w="120" w:type="dxa"/>
            </w:tcMar>
            <w:vAlign w:val="center"/>
          </w:tcPr>
          <w:p w14:paraId="55F7574B" w14:textId="77777777" w:rsidR="00CD1C71" w:rsidRDefault="007B192B">
            <w:r>
              <w:rPr>
                <w:color w:val="000000"/>
                <w:sz w:val="19"/>
              </w:rPr>
              <w:t>gabriel.samaan@gloss-logistics.com</w:t>
            </w:r>
          </w:p>
        </w:tc>
      </w:tr>
      <w:tr w:rsidR="00CD1C71" w14:paraId="37D263A7" w14:textId="77777777">
        <w:trPr>
          <w:jc w:val="center"/>
        </w:trPr>
        <w:tc>
          <w:tcPr>
            <w:tcW w:w="3096" w:type="dxa"/>
            <w:shd w:val="clear" w:color="auto" w:fill="EEF2F8"/>
            <w:tcMar>
              <w:top w:w="110" w:type="dxa"/>
              <w:left w:w="120" w:type="dxa"/>
              <w:bottom w:w="110" w:type="dxa"/>
              <w:right w:w="120" w:type="dxa"/>
            </w:tcMar>
            <w:vAlign w:val="center"/>
          </w:tcPr>
          <w:p w14:paraId="0C2F8A92" w14:textId="77777777" w:rsidR="00CD1C71" w:rsidRDefault="007B192B">
            <w:r>
              <w:rPr>
                <w:b/>
                <w:color w:val="0D1B44"/>
                <w:sz w:val="19"/>
              </w:rPr>
              <w:t>Website</w:t>
            </w:r>
          </w:p>
        </w:tc>
        <w:tc>
          <w:tcPr>
            <w:tcW w:w="6552" w:type="dxa"/>
            <w:tcMar>
              <w:top w:w="110" w:type="dxa"/>
              <w:left w:w="120" w:type="dxa"/>
              <w:bottom w:w="110" w:type="dxa"/>
              <w:right w:w="120" w:type="dxa"/>
            </w:tcMar>
            <w:vAlign w:val="center"/>
          </w:tcPr>
          <w:p w14:paraId="16E3AF8D" w14:textId="77777777" w:rsidR="00CD1C71" w:rsidRDefault="007B192B">
            <w:r>
              <w:rPr>
                <w:color w:val="000000"/>
                <w:sz w:val="19"/>
              </w:rPr>
              <w:t>www.gloss-logistics.com</w:t>
            </w:r>
          </w:p>
        </w:tc>
      </w:tr>
    </w:tbl>
    <w:p w14:paraId="1D45D6AF" w14:textId="77777777" w:rsidR="00CD1C71" w:rsidRDefault="00CD1C71">
      <w:pPr>
        <w:spacing w:after="20"/>
      </w:pPr>
    </w:p>
    <w:sectPr w:rsidR="00CD1C71" w:rsidSect="00034616">
      <w:headerReference w:type="default" r:id="rId9"/>
      <w:footerReference w:type="default" r:id="rId10"/>
      <w:headerReference w:type="first" r:id="rId11"/>
      <w:footerReference w:type="first" r:id="rId12"/>
      <w:pgSz w:w="12240" w:h="15840"/>
      <w:pgMar w:top="792" w:right="1037" w:bottom="792" w:left="103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6CDFF" w14:textId="77777777" w:rsidR="007B192B" w:rsidRDefault="007B192B">
      <w:pPr>
        <w:spacing w:after="0" w:line="240" w:lineRule="auto"/>
      </w:pPr>
      <w:r>
        <w:separator/>
      </w:r>
    </w:p>
  </w:endnote>
  <w:endnote w:type="continuationSeparator" w:id="0">
    <w:p w14:paraId="08DBDEFF" w14:textId="77777777" w:rsidR="007B192B" w:rsidRDefault="007B1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47A2" w14:textId="77777777" w:rsidR="00CD1C71" w:rsidRDefault="007B192B">
    <w:pPr>
      <w:pStyle w:val="Footer"/>
      <w:jc w:val="center"/>
    </w:pPr>
    <w:r>
      <w:rPr>
        <w:color w:val="5B6573"/>
        <w:sz w:val="16"/>
      </w:rPr>
      <w:t>469-207-</w:t>
    </w:r>
    <w:proofErr w:type="gramStart"/>
    <w:r>
      <w:rPr>
        <w:color w:val="5B6573"/>
        <w:sz w:val="16"/>
      </w:rPr>
      <w:t>8479  |</w:t>
    </w:r>
    <w:proofErr w:type="gramEnd"/>
    <w:r>
      <w:rPr>
        <w:color w:val="5B6573"/>
        <w:sz w:val="16"/>
      </w:rPr>
      <w:t xml:space="preserve">  </w:t>
    </w:r>
    <w:proofErr w:type="gramStart"/>
    <w:r>
      <w:rPr>
        <w:color w:val="5B6573"/>
        <w:sz w:val="16"/>
      </w:rPr>
      <w:t>contact@gloss-logistics.com  |</w:t>
    </w:r>
    <w:proofErr w:type="gramEnd"/>
    <w:r>
      <w:rPr>
        <w:color w:val="5B6573"/>
        <w:sz w:val="16"/>
      </w:rPr>
      <w:t xml:space="preserve">  www.gloss-logistics.com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C846" w14:textId="77777777" w:rsidR="00CD1C71" w:rsidRDefault="007B192B">
    <w:pPr>
      <w:pStyle w:val="Footer"/>
      <w:jc w:val="center"/>
    </w:pPr>
    <w:r>
      <w:rPr>
        <w:color w:val="5B6573"/>
        <w:sz w:val="16"/>
      </w:rPr>
      <w:t>469-207-</w:t>
    </w:r>
    <w:proofErr w:type="gramStart"/>
    <w:r>
      <w:rPr>
        <w:color w:val="5B6573"/>
        <w:sz w:val="16"/>
      </w:rPr>
      <w:t>8479  |</w:t>
    </w:r>
    <w:proofErr w:type="gramEnd"/>
    <w:r>
      <w:rPr>
        <w:color w:val="5B6573"/>
        <w:sz w:val="16"/>
      </w:rPr>
      <w:t xml:space="preserve">  </w:t>
    </w:r>
    <w:proofErr w:type="gramStart"/>
    <w:r>
      <w:rPr>
        <w:color w:val="5B6573"/>
        <w:sz w:val="16"/>
      </w:rPr>
      <w:t>contact@gloss-logistics.com  |</w:t>
    </w:r>
    <w:proofErr w:type="gramEnd"/>
    <w:r>
      <w:rPr>
        <w:color w:val="5B6573"/>
        <w:sz w:val="16"/>
      </w:rPr>
      <w:t xml:space="preserve">  www.gloss-logistics.com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1188" w14:textId="77777777" w:rsidR="007B192B" w:rsidRDefault="007B192B">
      <w:pPr>
        <w:spacing w:after="0" w:line="240" w:lineRule="auto"/>
      </w:pPr>
      <w:r>
        <w:separator/>
      </w:r>
    </w:p>
  </w:footnote>
  <w:footnote w:type="continuationSeparator" w:id="0">
    <w:p w14:paraId="0F8EE752" w14:textId="77777777" w:rsidR="007B192B" w:rsidRDefault="007B1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9BF2" w14:textId="77777777" w:rsidR="00CD1C71" w:rsidRDefault="00CD1C71">
    <w:pPr>
      <w:pStyle w:val="Header"/>
    </w:pPr>
  </w:p>
  <w:tbl>
    <w:tblPr>
      <w:tblW w:w="0" w:type="auto"/>
      <w:jc w:val="center"/>
      <w:tblLayout w:type="fixed"/>
      <w:tblLook w:val="04A0" w:firstRow="1" w:lastRow="0" w:firstColumn="1" w:lastColumn="0" w:noHBand="0" w:noVBand="1"/>
    </w:tblPr>
    <w:tblGrid>
      <w:gridCol w:w="5040"/>
      <w:gridCol w:w="5040"/>
    </w:tblGrid>
    <w:tr w:rsidR="00CD1C71" w14:paraId="39026560" w14:textId="77777777">
      <w:trPr>
        <w:jc w:val="center"/>
      </w:trPr>
      <w:tc>
        <w:tcPr>
          <w:tcW w:w="5040" w:type="dxa"/>
        </w:tcPr>
        <w:p w14:paraId="54324A83" w14:textId="77777777" w:rsidR="00CD1C71" w:rsidRDefault="007B192B">
          <w:r>
            <w:rPr>
              <w:noProof/>
            </w:rPr>
            <w:drawing>
              <wp:inline distT="0" distB="0" distL="0" distR="0" wp14:anchorId="0200B489" wp14:editId="701A9F51">
                <wp:extent cx="566928" cy="566928"/>
                <wp:effectExtent l="0" t="0" r="0" b="0"/>
                <wp:docPr id="348475642" name="Picture 34847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ss_logo.png"/>
                        <pic:cNvPicPr/>
                      </pic:nvPicPr>
                      <pic:blipFill>
                        <a:blip r:embed="rId1"/>
                        <a:stretch>
                          <a:fillRect/>
                        </a:stretch>
                      </pic:blipFill>
                      <pic:spPr>
                        <a:xfrm>
                          <a:off x="0" y="0"/>
                          <a:ext cx="566928" cy="566928"/>
                        </a:xfrm>
                        <a:prstGeom prst="rect">
                          <a:avLst/>
                        </a:prstGeom>
                      </pic:spPr>
                    </pic:pic>
                  </a:graphicData>
                </a:graphic>
              </wp:inline>
            </w:drawing>
          </w:r>
        </w:p>
      </w:tc>
      <w:tc>
        <w:tcPr>
          <w:tcW w:w="5040" w:type="dxa"/>
        </w:tcPr>
        <w:p w14:paraId="286154E4" w14:textId="77777777" w:rsidR="00CD1C71" w:rsidRDefault="007B192B">
          <w:pPr>
            <w:jc w:val="right"/>
          </w:pPr>
          <w:r>
            <w:rPr>
              <w:b/>
              <w:color w:val="0D1B44"/>
              <w:sz w:val="21"/>
            </w:rPr>
            <w:t>GLOSS LOGISTICS LLC</w:t>
          </w:r>
          <w:r>
            <w:rPr>
              <w:b/>
              <w:color w:val="0D1B44"/>
              <w:sz w:val="21"/>
            </w:rPr>
            <w:br/>
          </w:r>
          <w:r>
            <w:rPr>
              <w:color w:val="5B6573"/>
              <w:sz w:val="17"/>
            </w:rPr>
            <w:t xml:space="preserve">MC </w:t>
          </w:r>
          <w:proofErr w:type="gramStart"/>
          <w:r>
            <w:rPr>
              <w:color w:val="5B6573"/>
              <w:sz w:val="17"/>
            </w:rPr>
            <w:t>1819522  |</w:t>
          </w:r>
          <w:proofErr w:type="gramEnd"/>
          <w:r>
            <w:rPr>
              <w:color w:val="5B6573"/>
              <w:sz w:val="17"/>
            </w:rPr>
            <w:t xml:space="preserve">  USDOT 4573512</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7081" w14:textId="77777777" w:rsidR="00CD1C71" w:rsidRDefault="007B192B">
    <w:pPr>
      <w:pStyle w:val="Header"/>
      <w:jc w:val="right"/>
    </w:pPr>
    <w:r>
      <w:rPr>
        <w:b/>
        <w:color w:val="0D1B44"/>
        <w:sz w:val="21"/>
      </w:rPr>
      <w:t>GLOSS LOGISTICS LLC</w:t>
    </w:r>
    <w:r>
      <w:rPr>
        <w:b/>
        <w:color w:val="0D1B44"/>
        <w:sz w:val="21"/>
      </w:rPr>
      <w:br/>
    </w:r>
    <w:r>
      <w:rPr>
        <w:color w:val="5B6573"/>
        <w:sz w:val="17"/>
      </w:rPr>
      <w:t xml:space="preserve">MC </w:t>
    </w:r>
    <w:proofErr w:type="gramStart"/>
    <w:r>
      <w:rPr>
        <w:color w:val="5B6573"/>
        <w:sz w:val="17"/>
      </w:rPr>
      <w:t>1819522  |</w:t>
    </w:r>
    <w:proofErr w:type="gramEnd"/>
    <w:r>
      <w:rPr>
        <w:color w:val="5B6573"/>
        <w:sz w:val="17"/>
      </w:rPr>
      <w:t xml:space="preserve">  USDOT 4573512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4664782">
    <w:abstractNumId w:val="8"/>
  </w:num>
  <w:num w:numId="2" w16cid:durableId="1056126226">
    <w:abstractNumId w:val="6"/>
  </w:num>
  <w:num w:numId="3" w16cid:durableId="1454204786">
    <w:abstractNumId w:val="5"/>
  </w:num>
  <w:num w:numId="4" w16cid:durableId="1648852276">
    <w:abstractNumId w:val="4"/>
  </w:num>
  <w:num w:numId="5" w16cid:durableId="1708408084">
    <w:abstractNumId w:val="7"/>
  </w:num>
  <w:num w:numId="6" w16cid:durableId="340088813">
    <w:abstractNumId w:val="3"/>
  </w:num>
  <w:num w:numId="7" w16cid:durableId="1112674427">
    <w:abstractNumId w:val="2"/>
  </w:num>
  <w:num w:numId="8" w16cid:durableId="131139245">
    <w:abstractNumId w:val="1"/>
  </w:num>
  <w:num w:numId="9" w16cid:durableId="9864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B192B"/>
    <w:rsid w:val="009E2391"/>
    <w:rsid w:val="00AA1D8D"/>
    <w:rsid w:val="00B47730"/>
    <w:rsid w:val="00B73863"/>
    <w:rsid w:val="00CB0664"/>
    <w:rsid w:val="00CD1C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947DF0"/>
  <w14:defaultImageDpi w14:val="300"/>
  <w15:docId w15:val="{87E39088-0838-4C27-83A2-9B91D196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 Logistics Carrier Setup Packet</dc:title>
  <dc:subject>Carrier onboarding and setup</dc:subject>
  <dc:creator>Gloss Logistics LLC</dc:creator>
  <cp:keywords/>
  <dc:description>generated by python-docx</dc:description>
  <cp:lastModifiedBy>Gabriel Samaan</cp:lastModifiedBy>
  <cp:revision>2</cp:revision>
  <dcterms:created xsi:type="dcterms:W3CDTF">2026-09-22T14:35:00Z</dcterms:created>
  <dcterms:modified xsi:type="dcterms:W3CDTF">2026-09-22T14:35:00Z</dcterms:modified>
  <cp:category/>
</cp:coreProperties>
</file>